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FFEED" w14:textId="77777777" w:rsidR="008765B3" w:rsidRDefault="008765B3" w:rsidP="008765B3">
      <w:pPr>
        <w:spacing w:before="1600"/>
        <w:jc w:val="center"/>
        <w:rPr>
          <w:b/>
          <w:color w:val="1F4E79"/>
          <w:sz w:val="36"/>
        </w:rPr>
      </w:pPr>
      <w:r w:rsidRPr="004D5856">
        <w:rPr>
          <w:rFonts w:ascii="Times New Roman" w:hAnsi="Times New Roman" w:cs="Times New Roman"/>
          <w:noProof/>
        </w:rPr>
        <w:drawing>
          <wp:inline distT="0" distB="0" distL="0" distR="0" wp14:anchorId="45030FD8" wp14:editId="2183B2BA">
            <wp:extent cx="5943600" cy="236761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Log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9"/>
                    <a:stretch/>
                  </pic:blipFill>
                  <pic:spPr bwMode="auto">
                    <a:xfrm>
                      <a:off x="0" y="0"/>
                      <a:ext cx="5943600" cy="2367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3BE17" w14:textId="77777777" w:rsidR="008765B3" w:rsidRDefault="008765B3" w:rsidP="008765B3">
      <w:pPr>
        <w:spacing w:before="360" w:after="240"/>
        <w:jc w:val="center"/>
        <w:rPr>
          <w:b/>
          <w:color w:val="1F4E79"/>
          <w:sz w:val="56"/>
        </w:rPr>
      </w:pPr>
    </w:p>
    <w:p w14:paraId="3DA032BA" w14:textId="77777777" w:rsidR="008765B3" w:rsidRDefault="008765B3" w:rsidP="008765B3">
      <w:pPr>
        <w:spacing w:before="360" w:after="240"/>
        <w:jc w:val="center"/>
        <w:rPr>
          <w:b/>
          <w:color w:val="1F4E79"/>
          <w:sz w:val="56"/>
        </w:rPr>
      </w:pPr>
    </w:p>
    <w:p w14:paraId="45C6D027" w14:textId="325ABB0E" w:rsidR="008765B3" w:rsidRDefault="008765B3" w:rsidP="008765B3">
      <w:pPr>
        <w:spacing w:before="360" w:after="240"/>
        <w:jc w:val="center"/>
        <w:rPr>
          <w:b/>
          <w:color w:val="1F4E79"/>
          <w:sz w:val="56"/>
        </w:rPr>
      </w:pPr>
      <w:r>
        <w:rPr>
          <w:b/>
          <w:color w:val="1F4E79"/>
          <w:sz w:val="56"/>
        </w:rPr>
        <w:t>5-Year Periodic Program Assessment</w:t>
      </w:r>
    </w:p>
    <w:p w14:paraId="772C460D" w14:textId="77777777" w:rsidR="008765B3" w:rsidRPr="00BA03AB" w:rsidRDefault="008765B3" w:rsidP="008765B3">
      <w:pPr>
        <w:spacing w:before="360" w:after="240"/>
        <w:jc w:val="center"/>
      </w:pPr>
    </w:p>
    <w:p w14:paraId="78885169" w14:textId="77777777" w:rsidR="008765B3" w:rsidRDefault="008765B3" w:rsidP="008765B3">
      <w:pPr>
        <w:jc w:val="center"/>
        <w:rPr>
          <w:b/>
          <w:bCs/>
          <w:color w:val="1F497D" w:themeColor="text2"/>
          <w:sz w:val="36"/>
          <w:szCs w:val="36"/>
        </w:rPr>
      </w:pPr>
      <w:r w:rsidRPr="00BA03AB">
        <w:rPr>
          <w:b/>
          <w:bCs/>
          <w:color w:val="1F497D" w:themeColor="text2"/>
          <w:sz w:val="36"/>
          <w:szCs w:val="36"/>
        </w:rPr>
        <w:t>Academic Program: ___________</w:t>
      </w:r>
    </w:p>
    <w:p w14:paraId="20A8308B" w14:textId="77777777" w:rsidR="008765B3" w:rsidRDefault="008765B3" w:rsidP="008765B3">
      <w:pPr>
        <w:jc w:val="center"/>
        <w:rPr>
          <w:b/>
          <w:bCs/>
          <w:color w:val="1F497D" w:themeColor="text2"/>
          <w:sz w:val="36"/>
          <w:szCs w:val="36"/>
        </w:rPr>
      </w:pPr>
    </w:p>
    <w:p w14:paraId="6F5B00A9" w14:textId="5DC6D7BC" w:rsidR="008765B3" w:rsidRPr="00BA03AB" w:rsidRDefault="008765B3" w:rsidP="008765B3">
      <w:pPr>
        <w:jc w:val="center"/>
        <w:rPr>
          <w:b/>
          <w:bCs/>
          <w:color w:val="1F497D" w:themeColor="text2"/>
          <w:sz w:val="36"/>
          <w:szCs w:val="36"/>
        </w:rPr>
      </w:pPr>
      <w:r>
        <w:rPr>
          <w:b/>
          <w:color w:val="1F4E79"/>
          <w:sz w:val="36"/>
        </w:rPr>
        <w:t>Academic Years____-_____</w:t>
      </w:r>
    </w:p>
    <w:p w14:paraId="11354E21" w14:textId="77777777" w:rsidR="008765B3" w:rsidRDefault="008765B3" w:rsidP="008765B3">
      <w:pPr>
        <w:jc w:val="center"/>
      </w:pPr>
      <w:r>
        <w:br w:type="page"/>
      </w:r>
    </w:p>
    <w:sdt>
      <w:sdtPr>
        <w:rPr>
          <w:rFonts w:ascii="Calibri" w:eastAsiaTheme="minorEastAsia" w:hAnsi="Calibri" w:cstheme="minorBidi"/>
          <w:b w:val="0"/>
          <w:bCs w:val="0"/>
          <w:color w:val="auto"/>
          <w:sz w:val="16"/>
          <w:szCs w:val="22"/>
        </w:rPr>
        <w:id w:val="-174980158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2340C84" w14:textId="3927D27E" w:rsidR="00476DA5" w:rsidRDefault="00476DA5" w:rsidP="00476DA5">
          <w:pPr>
            <w:pStyle w:val="TOCHeading"/>
            <w:jc w:val="center"/>
            <w:rPr>
              <w:sz w:val="32"/>
              <w:szCs w:val="32"/>
            </w:rPr>
          </w:pPr>
          <w:r w:rsidRPr="00476DA5">
            <w:rPr>
              <w:sz w:val="32"/>
              <w:szCs w:val="32"/>
            </w:rPr>
            <w:t>Table of Contents</w:t>
          </w:r>
        </w:p>
        <w:p w14:paraId="5F4BF456" w14:textId="77777777" w:rsidR="00476DA5" w:rsidRDefault="00476DA5" w:rsidP="00476DA5"/>
        <w:p w14:paraId="373594B1" w14:textId="77777777" w:rsidR="00476DA5" w:rsidRPr="00476DA5" w:rsidRDefault="00476DA5" w:rsidP="00476DA5"/>
        <w:p w14:paraId="1F26EC69" w14:textId="0E8CCB12" w:rsidR="00E96B23" w:rsidRPr="00E96B23" w:rsidRDefault="00476DA5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r w:rsidRPr="00476DA5">
            <w:rPr>
              <w:sz w:val="24"/>
              <w:szCs w:val="24"/>
            </w:rPr>
            <w:fldChar w:fldCharType="begin"/>
          </w:r>
          <w:r w:rsidRPr="00476DA5">
            <w:rPr>
              <w:sz w:val="24"/>
              <w:szCs w:val="24"/>
            </w:rPr>
            <w:instrText xml:space="preserve"> TOC \o "1-3" \h \z \u </w:instrText>
          </w:r>
          <w:r w:rsidRPr="00476DA5">
            <w:rPr>
              <w:sz w:val="24"/>
              <w:szCs w:val="24"/>
            </w:rPr>
            <w:fldChar w:fldCharType="separate"/>
          </w:r>
          <w:hyperlink w:anchor="_Toc234570975" w:history="1">
            <w:r w:rsidR="00E96B23" w:rsidRPr="00E96B23">
              <w:rPr>
                <w:rStyle w:val="Hyperlink"/>
                <w:noProof/>
                <w:sz w:val="22"/>
              </w:rPr>
              <w:t>Academic Program Mission Statement</w:t>
            </w:r>
            <w:r w:rsidR="00E96B23" w:rsidRPr="00E96B23">
              <w:rPr>
                <w:noProof/>
                <w:webHidden/>
                <w:sz w:val="22"/>
              </w:rPr>
              <w:tab/>
            </w:r>
            <w:r w:rsidR="00E96B23" w:rsidRPr="00E96B23">
              <w:rPr>
                <w:noProof/>
                <w:webHidden/>
                <w:sz w:val="22"/>
              </w:rPr>
              <w:fldChar w:fldCharType="begin"/>
            </w:r>
            <w:r w:rsidR="00E96B23" w:rsidRPr="00E96B23">
              <w:rPr>
                <w:noProof/>
                <w:webHidden/>
                <w:sz w:val="22"/>
              </w:rPr>
              <w:instrText xml:space="preserve"> PAGEREF _Toc234570975 \h </w:instrText>
            </w:r>
            <w:r w:rsidR="00E96B23" w:rsidRPr="00E96B23">
              <w:rPr>
                <w:noProof/>
                <w:webHidden/>
                <w:sz w:val="22"/>
              </w:rPr>
            </w:r>
            <w:r w:rsidR="00E96B23" w:rsidRPr="00E96B23">
              <w:rPr>
                <w:noProof/>
                <w:webHidden/>
                <w:sz w:val="22"/>
              </w:rPr>
              <w:fldChar w:fldCharType="separate"/>
            </w:r>
            <w:r w:rsidR="00E96B23" w:rsidRPr="00E96B23">
              <w:rPr>
                <w:noProof/>
                <w:webHidden/>
                <w:sz w:val="22"/>
              </w:rPr>
              <w:t>3</w:t>
            </w:r>
            <w:r w:rsidR="00E96B23"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334827F3" w14:textId="48190681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76" w:history="1">
            <w:r w:rsidRPr="00E96B23">
              <w:rPr>
                <w:rStyle w:val="Hyperlink"/>
                <w:noProof/>
                <w:sz w:val="22"/>
              </w:rPr>
              <w:t>Academic Program Overview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_Toc234570976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3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72317645" w14:textId="1041A096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77" w:history="1">
            <w:r w:rsidRPr="00E96B23">
              <w:rPr>
                <w:rStyle w:val="Hyperlink"/>
                <w:noProof/>
                <w:sz w:val="22"/>
              </w:rPr>
              <w:t>S.W.O.T. Analysis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_Toc234570977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3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6E932738" w14:textId="2DB4F3D9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78" w:history="1">
            <w:r w:rsidRPr="00E96B23">
              <w:rPr>
                <w:rStyle w:val="Hyperlink"/>
                <w:noProof/>
                <w:sz w:val="22"/>
              </w:rPr>
              <w:t>Budget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_Toc234570978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4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1E547207" w14:textId="319D2C1D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79" w:history="1">
            <w:r w:rsidRPr="00E96B23">
              <w:rPr>
                <w:rStyle w:val="Hyperlink"/>
                <w:noProof/>
                <w:sz w:val="22"/>
              </w:rPr>
              <w:t>Institutional Goals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_Toc234570979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4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28A73290" w14:textId="71CBB126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80" w:history="1">
            <w:r w:rsidRPr="00E96B23">
              <w:rPr>
                <w:rStyle w:val="Hyperlink"/>
                <w:noProof/>
                <w:sz w:val="22"/>
              </w:rPr>
              <w:t>Progress on Previous Academic Program Goals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_Toc234570980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4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314B84BF" w14:textId="2C6A4F8A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81" w:history="1">
            <w:r w:rsidRPr="00E96B23">
              <w:rPr>
                <w:rStyle w:val="Hyperlink"/>
                <w:noProof/>
                <w:sz w:val="22"/>
              </w:rPr>
              <w:t>Five-Year Periodic Trends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_Toc234570981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5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39306356" w14:textId="7AFE07EC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82" w:history="1">
            <w:r w:rsidRPr="00E96B23">
              <w:rPr>
                <w:rStyle w:val="Hyperlink"/>
                <w:noProof/>
                <w:sz w:val="22"/>
              </w:rPr>
              <w:t>Assessment Tools Used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_Toc234570982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6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105FACD1" w14:textId="6FB55F23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83" w:history="1">
            <w:r w:rsidRPr="00E96B23">
              <w:rPr>
                <w:rStyle w:val="Hyperlink"/>
                <w:noProof/>
                <w:sz w:val="22"/>
              </w:rPr>
              <w:t>Data-Driven Decisions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_Toc234570983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6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417587D8" w14:textId="59B3FEC0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84" w:history="1">
            <w:r w:rsidRPr="00E96B23">
              <w:rPr>
                <w:rStyle w:val="Hyperlink"/>
                <w:noProof/>
                <w:sz w:val="22"/>
              </w:rPr>
              <w:t>Strategic Advancement Development Plan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_Toc234570984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7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54E952F8" w14:textId="29CC15E7" w:rsidR="00E96B23" w:rsidRPr="00E96B23" w:rsidRDefault="00E96B23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4570985" w:history="1">
            <w:r w:rsidRPr="00E96B23">
              <w:rPr>
                <w:rStyle w:val="Hyperlink"/>
                <w:noProof/>
                <w:sz w:val="22"/>
              </w:rPr>
              <w:t>Goal Initiatives for the Next Five Academic Years</w:t>
            </w:r>
            <w:r w:rsidRPr="00E96B23">
              <w:rPr>
                <w:noProof/>
                <w:webHidden/>
                <w:sz w:val="22"/>
              </w:rPr>
              <w:tab/>
            </w:r>
            <w:r w:rsidRPr="00E96B23">
              <w:rPr>
                <w:noProof/>
                <w:webHidden/>
                <w:sz w:val="22"/>
              </w:rPr>
              <w:fldChar w:fldCharType="begin"/>
            </w:r>
            <w:r w:rsidRPr="00E96B23">
              <w:rPr>
                <w:noProof/>
                <w:webHidden/>
                <w:sz w:val="22"/>
              </w:rPr>
              <w:instrText xml:space="preserve"> PAGEREF _Toc234570985 \h </w:instrText>
            </w:r>
            <w:r w:rsidRPr="00E96B23">
              <w:rPr>
                <w:noProof/>
                <w:webHidden/>
                <w:sz w:val="22"/>
              </w:rPr>
            </w:r>
            <w:r w:rsidRPr="00E96B23">
              <w:rPr>
                <w:noProof/>
                <w:webHidden/>
                <w:sz w:val="22"/>
              </w:rPr>
              <w:fldChar w:fldCharType="separate"/>
            </w:r>
            <w:r w:rsidRPr="00E96B23">
              <w:rPr>
                <w:noProof/>
                <w:webHidden/>
                <w:sz w:val="22"/>
              </w:rPr>
              <w:t>8</w:t>
            </w:r>
            <w:r w:rsidRPr="00E96B23">
              <w:rPr>
                <w:noProof/>
                <w:webHidden/>
                <w:sz w:val="22"/>
              </w:rPr>
              <w:fldChar w:fldCharType="end"/>
            </w:r>
          </w:hyperlink>
        </w:p>
        <w:p w14:paraId="01D121C3" w14:textId="1620C458" w:rsidR="00476DA5" w:rsidRDefault="00476DA5">
          <w:r w:rsidRPr="00476DA5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14D0AC4C" w14:textId="77777777" w:rsidR="00416075" w:rsidRDefault="00AF3442">
      <w:pPr>
        <w:spacing w:after="0"/>
      </w:pPr>
      <w:r>
        <w:br w:type="page"/>
      </w:r>
    </w:p>
    <w:p w14:paraId="246E9E67" w14:textId="77777777" w:rsidR="00416075" w:rsidRPr="001F03D2" w:rsidRDefault="00AF3442">
      <w:pPr>
        <w:pStyle w:val="Heading1"/>
        <w:rPr>
          <w:sz w:val="32"/>
          <w:szCs w:val="32"/>
        </w:rPr>
      </w:pPr>
      <w:bookmarkStart w:id="0" w:name="_Toc234570975"/>
      <w:r w:rsidRPr="001F03D2">
        <w:rPr>
          <w:rFonts w:ascii="Calibri" w:hAnsi="Calibri"/>
          <w:sz w:val="32"/>
          <w:szCs w:val="32"/>
        </w:rPr>
        <w:lastRenderedPageBreak/>
        <w:t>Academic Program Mission Statement</w:t>
      </w:r>
      <w:bookmarkEnd w:id="0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4A2FBCA3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F9123" w14:textId="77777777" w:rsidR="00416075" w:rsidRDefault="00AF3442">
            <w:pPr>
              <w:spacing w:after="0" w:line="240" w:lineRule="auto"/>
            </w:pPr>
            <w:r w:rsidRPr="001F03D2">
              <w:rPr>
                <w:sz w:val="22"/>
              </w:rPr>
              <w:t>What is your academic program’s mission statement? Are you meeting your mission? Explain the metrics and benchmarks used to determine whether the mission is being met</w:t>
            </w:r>
            <w:r>
              <w:rPr>
                <w:sz w:val="14"/>
              </w:rPr>
              <w:t>.</w:t>
            </w:r>
          </w:p>
        </w:tc>
      </w:tr>
    </w:tbl>
    <w:p w14:paraId="246499A6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81"/>
        <w:gridCol w:w="6759"/>
      </w:tblGrid>
      <w:tr w:rsidR="00416075" w14:paraId="1DCC9CB8" w14:textId="77777777">
        <w:trPr>
          <w:trHeight w:val="936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74661" w14:textId="2E427ABB" w:rsidR="00416075" w:rsidRPr="001F03D2" w:rsidRDefault="001F03D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Program </w:t>
            </w:r>
            <w:r w:rsidR="00AF3442" w:rsidRPr="001F03D2">
              <w:rPr>
                <w:b/>
                <w:sz w:val="20"/>
                <w:szCs w:val="20"/>
              </w:rPr>
              <w:t xml:space="preserve">Mission Statement 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3BF3F" w14:textId="77777777" w:rsidR="00416075" w:rsidRDefault="00416075">
            <w:pPr>
              <w:spacing w:after="0" w:line="240" w:lineRule="auto"/>
            </w:pPr>
          </w:p>
        </w:tc>
      </w:tr>
    </w:tbl>
    <w:p w14:paraId="6FCFD157" w14:textId="77777777" w:rsidR="00A03A72" w:rsidRDefault="00A03A72">
      <w:pPr>
        <w:pStyle w:val="Heading1"/>
        <w:rPr>
          <w:rFonts w:ascii="Calibri" w:hAnsi="Calibri"/>
          <w:sz w:val="32"/>
          <w:szCs w:val="32"/>
        </w:rPr>
      </w:pPr>
    </w:p>
    <w:p w14:paraId="4DA50799" w14:textId="37771E3D" w:rsidR="00416075" w:rsidRPr="001F03D2" w:rsidRDefault="00AF3442">
      <w:pPr>
        <w:pStyle w:val="Heading1"/>
        <w:rPr>
          <w:sz w:val="32"/>
          <w:szCs w:val="32"/>
        </w:rPr>
      </w:pPr>
      <w:bookmarkStart w:id="1" w:name="_Toc234570976"/>
      <w:r w:rsidRPr="001F03D2">
        <w:rPr>
          <w:rFonts w:ascii="Calibri" w:hAnsi="Calibri"/>
          <w:sz w:val="32"/>
          <w:szCs w:val="32"/>
        </w:rPr>
        <w:t>Academic Program Overview</w:t>
      </w:r>
      <w:bookmarkEnd w:id="1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4E88D234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160BB" w14:textId="77777777" w:rsidR="00416075" w:rsidRPr="001F03D2" w:rsidRDefault="00AF3442">
            <w:pPr>
              <w:spacing w:after="0" w:line="240" w:lineRule="auto"/>
              <w:rPr>
                <w:sz w:val="22"/>
              </w:rPr>
            </w:pPr>
            <w:r w:rsidRPr="001F03D2">
              <w:rPr>
                <w:sz w:val="22"/>
              </w:rPr>
              <w:t>Summarize noteworthy events, changes, accomplishments, or lessons from the past five years. Include staffing information and credentials.</w:t>
            </w:r>
          </w:p>
        </w:tc>
      </w:tr>
    </w:tbl>
    <w:p w14:paraId="71F500C9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81"/>
        <w:gridCol w:w="6759"/>
      </w:tblGrid>
      <w:tr w:rsidR="00416075" w14:paraId="0D735DFE" w14:textId="77777777">
        <w:trPr>
          <w:trHeight w:val="792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C0E70" w14:textId="13EE94E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 xml:space="preserve">Noteworthy </w:t>
            </w:r>
            <w:r w:rsidR="007C0440">
              <w:rPr>
                <w:b/>
                <w:sz w:val="20"/>
                <w:szCs w:val="20"/>
              </w:rPr>
              <w:t xml:space="preserve">Highlights </w:t>
            </w:r>
            <w:r w:rsidRPr="001F03D2">
              <w:rPr>
                <w:b/>
                <w:sz w:val="20"/>
                <w:szCs w:val="20"/>
              </w:rPr>
              <w:t>/ Changes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2BC6C" w14:textId="77777777" w:rsidR="00416075" w:rsidRDefault="00416075">
            <w:pPr>
              <w:spacing w:after="0" w:line="240" w:lineRule="auto"/>
            </w:pPr>
          </w:p>
        </w:tc>
      </w:tr>
      <w:tr w:rsidR="00416075" w14:paraId="3F07051A" w14:textId="77777777">
        <w:trPr>
          <w:trHeight w:val="792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140B6" w14:textId="77777777" w:rsidR="00416075" w:rsidRDefault="00AF344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Staffing / Credentials</w:t>
            </w:r>
          </w:p>
          <w:p w14:paraId="1DE99C30" w14:textId="06BCF298" w:rsidR="001F03D2" w:rsidRPr="001F03D2" w:rsidRDefault="001F03D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Cs/>
                <w:sz w:val="20"/>
                <w:szCs w:val="20"/>
              </w:rPr>
              <w:t>(</w:t>
            </w:r>
            <w:r w:rsidRPr="001F03D2">
              <w:rPr>
                <w:bCs/>
                <w:i/>
                <w:iCs/>
                <w:sz w:val="20"/>
                <w:szCs w:val="20"/>
              </w:rPr>
              <w:t>do not include resumes</w:t>
            </w:r>
            <w:r w:rsidRPr="001F03D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998C8" w14:textId="77777777" w:rsidR="00416075" w:rsidRDefault="00416075">
            <w:pPr>
              <w:spacing w:after="0" w:line="240" w:lineRule="auto"/>
            </w:pPr>
          </w:p>
        </w:tc>
      </w:tr>
    </w:tbl>
    <w:p w14:paraId="74E5922C" w14:textId="77777777" w:rsidR="00A03A72" w:rsidRDefault="00A03A72">
      <w:pPr>
        <w:pStyle w:val="Heading1"/>
        <w:rPr>
          <w:rFonts w:ascii="Calibri" w:hAnsi="Calibri"/>
          <w:sz w:val="32"/>
          <w:szCs w:val="32"/>
        </w:rPr>
      </w:pPr>
    </w:p>
    <w:p w14:paraId="0B5B8520" w14:textId="129EE5E1" w:rsidR="00416075" w:rsidRPr="001F03D2" w:rsidRDefault="00AF3442">
      <w:pPr>
        <w:pStyle w:val="Heading1"/>
        <w:rPr>
          <w:sz w:val="32"/>
          <w:szCs w:val="32"/>
        </w:rPr>
      </w:pPr>
      <w:bookmarkStart w:id="2" w:name="_Toc234570977"/>
      <w:r w:rsidRPr="001F03D2">
        <w:rPr>
          <w:rFonts w:ascii="Calibri" w:hAnsi="Calibri"/>
          <w:sz w:val="32"/>
          <w:szCs w:val="32"/>
        </w:rPr>
        <w:t>S.W.O.T. Analysis</w:t>
      </w:r>
      <w:bookmarkEnd w:id="2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3EBA197B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C576" w14:textId="77777777" w:rsidR="00416075" w:rsidRPr="001F03D2" w:rsidRDefault="00AF3442">
            <w:pPr>
              <w:spacing w:after="0" w:line="240" w:lineRule="auto"/>
              <w:rPr>
                <w:sz w:val="22"/>
              </w:rPr>
            </w:pPr>
            <w:r w:rsidRPr="001F03D2">
              <w:rPr>
                <w:sz w:val="22"/>
              </w:rPr>
              <w:t>Identify three items within each category.</w:t>
            </w:r>
          </w:p>
        </w:tc>
      </w:tr>
    </w:tbl>
    <w:p w14:paraId="047066D1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81"/>
        <w:gridCol w:w="6759"/>
      </w:tblGrid>
      <w:tr w:rsidR="00416075" w14:paraId="2BD8985D" w14:textId="77777777">
        <w:trPr>
          <w:trHeight w:val="604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51F50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F3388" w14:textId="77777777" w:rsidR="00416075" w:rsidRDefault="00416075">
            <w:pPr>
              <w:spacing w:after="0" w:line="240" w:lineRule="auto"/>
            </w:pPr>
          </w:p>
        </w:tc>
      </w:tr>
      <w:tr w:rsidR="00416075" w14:paraId="63741D7B" w14:textId="77777777">
        <w:trPr>
          <w:trHeight w:val="604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9E4DA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Weaknesses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D5A76" w14:textId="77777777" w:rsidR="00416075" w:rsidRDefault="00416075">
            <w:pPr>
              <w:spacing w:after="0" w:line="240" w:lineRule="auto"/>
            </w:pPr>
          </w:p>
        </w:tc>
      </w:tr>
      <w:tr w:rsidR="00416075" w14:paraId="6E3C9A21" w14:textId="77777777">
        <w:trPr>
          <w:trHeight w:val="604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BF5DC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Opportunities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3F4A2" w14:textId="77777777" w:rsidR="00416075" w:rsidRDefault="00416075">
            <w:pPr>
              <w:spacing w:after="0" w:line="240" w:lineRule="auto"/>
            </w:pPr>
          </w:p>
        </w:tc>
      </w:tr>
      <w:tr w:rsidR="00416075" w14:paraId="0F9E27A1" w14:textId="77777777">
        <w:trPr>
          <w:trHeight w:val="604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1D56F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Threats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5B719" w14:textId="77777777" w:rsidR="00416075" w:rsidRDefault="00416075">
            <w:pPr>
              <w:spacing w:after="0" w:line="240" w:lineRule="auto"/>
            </w:pPr>
          </w:p>
        </w:tc>
      </w:tr>
    </w:tbl>
    <w:p w14:paraId="62F14CA4" w14:textId="77777777" w:rsidR="001509CA" w:rsidRDefault="001509CA">
      <w:pPr>
        <w:spacing w:after="0"/>
      </w:pPr>
    </w:p>
    <w:p w14:paraId="0E9F3D9B" w14:textId="77777777" w:rsidR="001509CA" w:rsidRDefault="001509CA">
      <w:pPr>
        <w:spacing w:after="0"/>
      </w:pPr>
    </w:p>
    <w:p w14:paraId="41631465" w14:textId="5E160A8A" w:rsidR="00416075" w:rsidRDefault="00AF3442">
      <w:pPr>
        <w:spacing w:after="0"/>
      </w:pPr>
      <w:r>
        <w:br w:type="page"/>
      </w:r>
    </w:p>
    <w:p w14:paraId="1112366B" w14:textId="77777777" w:rsidR="00416075" w:rsidRPr="001F03D2" w:rsidRDefault="00AF3442">
      <w:pPr>
        <w:pStyle w:val="Heading1"/>
        <w:rPr>
          <w:sz w:val="32"/>
          <w:szCs w:val="32"/>
        </w:rPr>
      </w:pPr>
      <w:bookmarkStart w:id="3" w:name="_Toc234570978"/>
      <w:r w:rsidRPr="001F03D2">
        <w:rPr>
          <w:rFonts w:ascii="Calibri" w:hAnsi="Calibri"/>
          <w:sz w:val="32"/>
          <w:szCs w:val="32"/>
        </w:rPr>
        <w:lastRenderedPageBreak/>
        <w:t>Budget</w:t>
      </w:r>
      <w:bookmarkEnd w:id="3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5D23C86A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E648B" w14:textId="77777777" w:rsidR="00416075" w:rsidRDefault="00AF3442">
            <w:pPr>
              <w:spacing w:after="0" w:line="240" w:lineRule="auto"/>
            </w:pPr>
            <w:r w:rsidRPr="001F03D2">
              <w:rPr>
                <w:sz w:val="22"/>
              </w:rPr>
              <w:t>Write a short overview of the program’s budget, including operating and capital budget</w:t>
            </w:r>
            <w:r>
              <w:rPr>
                <w:sz w:val="14"/>
              </w:rPr>
              <w:t>.</w:t>
            </w:r>
          </w:p>
        </w:tc>
      </w:tr>
    </w:tbl>
    <w:p w14:paraId="40CC72E3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81"/>
        <w:gridCol w:w="6759"/>
      </w:tblGrid>
      <w:tr w:rsidR="00416075" w14:paraId="68317D42" w14:textId="77777777">
        <w:trPr>
          <w:trHeight w:val="1080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039EA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Budget Overview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AC2D7" w14:textId="77777777" w:rsidR="00416075" w:rsidRDefault="00416075">
            <w:pPr>
              <w:spacing w:after="0" w:line="240" w:lineRule="auto"/>
            </w:pPr>
          </w:p>
        </w:tc>
      </w:tr>
    </w:tbl>
    <w:p w14:paraId="6ACA2A91" w14:textId="77777777" w:rsidR="001509CA" w:rsidRDefault="001509CA" w:rsidP="001509CA"/>
    <w:p w14:paraId="3277A222" w14:textId="77777777" w:rsidR="001509CA" w:rsidRDefault="001509CA" w:rsidP="001509CA"/>
    <w:p w14:paraId="21FAAC5F" w14:textId="77777777" w:rsidR="00E96B23" w:rsidRPr="00E96B23" w:rsidRDefault="00E96B23" w:rsidP="00E96B23">
      <w:pPr>
        <w:pStyle w:val="Heading1"/>
        <w:rPr>
          <w:sz w:val="32"/>
          <w:szCs w:val="32"/>
        </w:rPr>
      </w:pPr>
      <w:bookmarkStart w:id="4" w:name="_Toc234501477"/>
      <w:bookmarkStart w:id="5" w:name="_Toc234570979"/>
      <w:r w:rsidRPr="00E96B23">
        <w:rPr>
          <w:sz w:val="32"/>
          <w:szCs w:val="32"/>
        </w:rPr>
        <w:t>Institutional Goals</w:t>
      </w:r>
      <w:bookmarkEnd w:id="4"/>
      <w:bookmarkEnd w:id="5"/>
    </w:p>
    <w:p w14:paraId="28B37B59" w14:textId="77777777" w:rsidR="00E96B23" w:rsidRDefault="00E96B23" w:rsidP="00E96B23">
      <w:pPr>
        <w:keepNext/>
        <w:spacing w:after="20" w:line="240" w:lineRule="auto"/>
        <w:jc w:val="center"/>
      </w:pPr>
    </w:p>
    <w:p w14:paraId="088FE013" w14:textId="77777777" w:rsidR="00E96B23" w:rsidRDefault="00E96B23" w:rsidP="00E96B23">
      <w:pPr>
        <w:keepNext/>
        <w:spacing w:after="0" w:line="20" w:lineRule="exact"/>
      </w:pPr>
    </w:p>
    <w:tbl>
      <w:tblPr>
        <w:tblW w:w="8172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68"/>
      </w:tblGrid>
      <w:tr w:rsidR="00E96B23" w14:paraId="3325039E" w14:textId="77777777" w:rsidTr="00FC0B8C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76B82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3EB1B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CAA3BEC" wp14:editId="39C99916">
                  <wp:extent cx="429768" cy="42976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76B82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391C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EB9E5" w14:textId="77777777" w:rsidR="00E96B23" w:rsidRDefault="00E96B23" w:rsidP="00FC0B8C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0602BE5B" wp14:editId="324D68F9">
                  <wp:extent cx="164592" cy="55778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76B82A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6B9E4E0C" w14:textId="77777777" w:rsidR="00E96B23" w:rsidRPr="00D56F0D" w:rsidRDefault="00E96B23" w:rsidP="00FC0B8C">
            <w:pPr>
              <w:keepLines/>
              <w:spacing w:after="0" w:line="228" w:lineRule="auto"/>
              <w:rPr>
                <w:sz w:val="22"/>
              </w:rPr>
            </w:pPr>
            <w:r w:rsidRPr="00D56F0D">
              <w:rPr>
                <w:rFonts w:ascii="Arial" w:eastAsia="Arial" w:hAnsi="Arial"/>
                <w:color w:val="111111"/>
                <w:sz w:val="22"/>
              </w:rPr>
              <w:t>Advance equitable student success and career readiness</w:t>
            </w:r>
          </w:p>
        </w:tc>
      </w:tr>
    </w:tbl>
    <w:p w14:paraId="2E08958C" w14:textId="77777777" w:rsidR="00E96B23" w:rsidRDefault="00E96B23" w:rsidP="00E96B23">
      <w:pPr>
        <w:keepNext/>
        <w:spacing w:after="0" w:line="40" w:lineRule="exact"/>
      </w:pPr>
      <w:r>
        <w:rPr>
          <w:rFonts w:ascii="Arial" w:eastAsia="Arial" w:hAnsi="Arial"/>
          <w:sz w:val="4"/>
        </w:rPr>
        <w:t xml:space="preserve"> </w:t>
      </w:r>
    </w:p>
    <w:tbl>
      <w:tblPr>
        <w:tblW w:w="8168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64"/>
      </w:tblGrid>
      <w:tr w:rsidR="00E96B23" w14:paraId="0BAAEE55" w14:textId="77777777" w:rsidTr="00FC0B8C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7B5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EAD6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EC0EFF9" wp14:editId="2AC3034B">
                  <wp:extent cx="429768" cy="42976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7B5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6D874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A345" w14:textId="77777777" w:rsidR="00E96B23" w:rsidRDefault="00E96B23" w:rsidP="00FC0B8C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166213F0" wp14:editId="4BA3A0CC">
                  <wp:extent cx="164592" cy="55778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2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4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F7B500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4A4672B2" w14:textId="77777777" w:rsidR="00E96B23" w:rsidRPr="00D56F0D" w:rsidRDefault="00E96B23" w:rsidP="00FC0B8C">
            <w:pPr>
              <w:keepLines/>
              <w:spacing w:after="0" w:line="228" w:lineRule="auto"/>
              <w:rPr>
                <w:sz w:val="24"/>
                <w:szCs w:val="24"/>
              </w:rPr>
            </w:pPr>
            <w:r w:rsidRPr="00D56F0D">
              <w:rPr>
                <w:rFonts w:ascii="Arial" w:eastAsia="Arial" w:hAnsi="Arial"/>
                <w:color w:val="111111"/>
                <w:sz w:val="24"/>
                <w:szCs w:val="24"/>
              </w:rPr>
              <w:t>Ensure academic excellence and future-ready programs</w:t>
            </w:r>
          </w:p>
        </w:tc>
      </w:tr>
    </w:tbl>
    <w:p w14:paraId="3785FA49" w14:textId="77777777" w:rsidR="00E96B23" w:rsidRDefault="00E96B23" w:rsidP="00E96B23">
      <w:pPr>
        <w:keepNext/>
        <w:spacing w:after="0" w:line="40" w:lineRule="exact"/>
      </w:pPr>
      <w:r>
        <w:rPr>
          <w:rFonts w:ascii="Arial" w:eastAsia="Arial" w:hAnsi="Arial"/>
          <w:sz w:val="4"/>
        </w:rPr>
        <w:t xml:space="preserve"> </w:t>
      </w:r>
    </w:p>
    <w:tbl>
      <w:tblPr>
        <w:tblW w:w="8196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92"/>
      </w:tblGrid>
      <w:tr w:rsidR="00E96B23" w14:paraId="0098A75F" w14:textId="77777777" w:rsidTr="00FC0B8C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582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A055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F5C9E4E" wp14:editId="7F31FB43">
                  <wp:extent cx="429768" cy="42976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582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A03E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III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E2951" w14:textId="77777777" w:rsidR="00E96B23" w:rsidRDefault="00E96B23" w:rsidP="00FC0B8C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3B812CE1" wp14:editId="65A3912C">
                  <wp:extent cx="164592" cy="55778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2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F58220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3853C426" w14:textId="77777777" w:rsidR="00E96B23" w:rsidRPr="00D56F0D" w:rsidRDefault="00E96B23" w:rsidP="00FC0B8C">
            <w:pPr>
              <w:keepLines/>
              <w:spacing w:after="0" w:line="228" w:lineRule="auto"/>
              <w:rPr>
                <w:sz w:val="24"/>
                <w:szCs w:val="24"/>
              </w:rPr>
            </w:pPr>
            <w:r w:rsidRPr="00D56F0D">
              <w:rPr>
                <w:rFonts w:ascii="Arial" w:eastAsia="Arial" w:hAnsi="Arial"/>
                <w:color w:val="111111"/>
                <w:sz w:val="24"/>
                <w:szCs w:val="24"/>
              </w:rPr>
              <w:t>Strengthen regional impact through strategic partnerships</w:t>
            </w:r>
          </w:p>
        </w:tc>
      </w:tr>
    </w:tbl>
    <w:p w14:paraId="7B599883" w14:textId="77777777" w:rsidR="00E96B23" w:rsidRDefault="00E96B23" w:rsidP="00E96B23">
      <w:pPr>
        <w:keepNext/>
        <w:spacing w:after="0" w:line="40" w:lineRule="exact"/>
      </w:pPr>
      <w:r>
        <w:rPr>
          <w:rFonts w:ascii="Arial" w:eastAsia="Arial" w:hAnsi="Arial"/>
          <w:sz w:val="4"/>
        </w:rPr>
        <w:t xml:space="preserve"> </w:t>
      </w:r>
    </w:p>
    <w:tbl>
      <w:tblPr>
        <w:tblW w:w="819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86"/>
      </w:tblGrid>
      <w:tr w:rsidR="00E96B23" w14:paraId="1C1E2CD2" w14:textId="77777777" w:rsidTr="00FC0B8C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2D7EA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CD1DA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F05323B" wp14:editId="1564D4D5">
                  <wp:extent cx="429768" cy="42976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4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2D7EA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B6BBE" w14:textId="77777777" w:rsidR="00E96B23" w:rsidRDefault="00E96B23" w:rsidP="00FC0B8C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IV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1FCD" w14:textId="77777777" w:rsidR="00E96B23" w:rsidRDefault="00E96B23" w:rsidP="00FC0B8C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5845A939" wp14:editId="0379D23E">
                  <wp:extent cx="164592" cy="557784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4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2D7EA4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61DDFC1F" w14:textId="77777777" w:rsidR="00E96B23" w:rsidRPr="00D56F0D" w:rsidRDefault="00E96B23" w:rsidP="00FC0B8C">
            <w:pPr>
              <w:keepLines/>
              <w:spacing w:after="0" w:line="228" w:lineRule="auto"/>
              <w:rPr>
                <w:sz w:val="24"/>
                <w:szCs w:val="24"/>
              </w:rPr>
            </w:pPr>
            <w:r w:rsidRPr="00D56F0D">
              <w:rPr>
                <w:rFonts w:ascii="Arial" w:eastAsia="Arial" w:hAnsi="Arial"/>
                <w:color w:val="111111"/>
                <w:sz w:val="24"/>
                <w:szCs w:val="24"/>
              </w:rPr>
              <w:t>Strengthen institutional sustainability and stewardship</w:t>
            </w:r>
          </w:p>
        </w:tc>
      </w:tr>
    </w:tbl>
    <w:p w14:paraId="12E0FF98" w14:textId="77777777" w:rsidR="001509CA" w:rsidRDefault="001509CA">
      <w:pPr>
        <w:pStyle w:val="Heading1"/>
        <w:rPr>
          <w:rFonts w:ascii="Calibri" w:hAnsi="Calibri"/>
          <w:sz w:val="32"/>
          <w:szCs w:val="32"/>
        </w:rPr>
      </w:pPr>
    </w:p>
    <w:p w14:paraId="4D9F2DEF" w14:textId="4A21EF2A" w:rsidR="00416075" w:rsidRPr="001F03D2" w:rsidRDefault="00AF3442">
      <w:pPr>
        <w:pStyle w:val="Heading1"/>
        <w:rPr>
          <w:sz w:val="32"/>
          <w:szCs w:val="32"/>
        </w:rPr>
      </w:pPr>
      <w:bookmarkStart w:id="6" w:name="_Toc234570980"/>
      <w:r w:rsidRPr="001F03D2">
        <w:rPr>
          <w:rFonts w:ascii="Calibri" w:hAnsi="Calibri"/>
          <w:sz w:val="32"/>
          <w:szCs w:val="32"/>
        </w:rPr>
        <w:t xml:space="preserve">Progress on Previous </w:t>
      </w:r>
      <w:r w:rsidR="001F03D2">
        <w:rPr>
          <w:rFonts w:ascii="Calibri" w:hAnsi="Calibri"/>
          <w:sz w:val="32"/>
          <w:szCs w:val="32"/>
        </w:rPr>
        <w:t>Academic Program</w:t>
      </w:r>
      <w:r w:rsidRPr="001F03D2">
        <w:rPr>
          <w:rFonts w:ascii="Calibri" w:hAnsi="Calibri"/>
          <w:sz w:val="32"/>
          <w:szCs w:val="32"/>
        </w:rPr>
        <w:t xml:space="preserve"> Goals</w:t>
      </w:r>
      <w:bookmarkEnd w:id="6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3E829F96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2054F" w14:textId="77777777" w:rsidR="00416075" w:rsidRPr="001F03D2" w:rsidRDefault="00AF3442">
            <w:pPr>
              <w:spacing w:after="0" w:line="240" w:lineRule="auto"/>
              <w:rPr>
                <w:sz w:val="22"/>
              </w:rPr>
            </w:pPr>
            <w:r w:rsidRPr="001F03D2">
              <w:rPr>
                <w:sz w:val="22"/>
              </w:rPr>
              <w:t>List yearly goals and outcomes from the previous five years.</w:t>
            </w:r>
          </w:p>
        </w:tc>
      </w:tr>
    </w:tbl>
    <w:p w14:paraId="343108F2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81"/>
        <w:gridCol w:w="6759"/>
      </w:tblGrid>
      <w:tr w:rsidR="00416075" w14:paraId="732FF154" w14:textId="77777777">
        <w:trPr>
          <w:trHeight w:val="1267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10261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Goals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5349A" w14:textId="77777777" w:rsidR="00416075" w:rsidRDefault="00416075">
            <w:pPr>
              <w:spacing w:after="0" w:line="240" w:lineRule="auto"/>
            </w:pPr>
          </w:p>
        </w:tc>
      </w:tr>
      <w:tr w:rsidR="00416075" w14:paraId="332F21C3" w14:textId="77777777">
        <w:trPr>
          <w:trHeight w:val="1267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A0740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Objectives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4CCBC" w14:textId="77777777" w:rsidR="00416075" w:rsidRDefault="00416075">
            <w:pPr>
              <w:spacing w:after="0" w:line="240" w:lineRule="auto"/>
            </w:pPr>
          </w:p>
        </w:tc>
      </w:tr>
      <w:tr w:rsidR="00416075" w14:paraId="5F1FAD45" w14:textId="77777777">
        <w:trPr>
          <w:trHeight w:val="1267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F0B09" w14:textId="77777777" w:rsidR="00416075" w:rsidRPr="001F03D2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71FE6" w14:textId="77777777" w:rsidR="00416075" w:rsidRDefault="00416075">
            <w:pPr>
              <w:spacing w:after="0" w:line="240" w:lineRule="auto"/>
            </w:pPr>
          </w:p>
        </w:tc>
      </w:tr>
    </w:tbl>
    <w:p w14:paraId="5D470D6D" w14:textId="77777777" w:rsidR="00416075" w:rsidRDefault="00AF3442">
      <w:pPr>
        <w:spacing w:after="0"/>
      </w:pPr>
      <w:r>
        <w:br w:type="page"/>
      </w:r>
    </w:p>
    <w:p w14:paraId="09DAF4E1" w14:textId="77777777" w:rsidR="00416075" w:rsidRPr="00FA4738" w:rsidRDefault="00AF3442">
      <w:pPr>
        <w:pStyle w:val="Heading1"/>
        <w:rPr>
          <w:sz w:val="32"/>
          <w:szCs w:val="32"/>
        </w:rPr>
      </w:pPr>
      <w:bookmarkStart w:id="7" w:name="_Toc234570981"/>
      <w:r w:rsidRPr="00FA4738">
        <w:rPr>
          <w:rFonts w:ascii="Calibri" w:hAnsi="Calibri"/>
          <w:sz w:val="32"/>
          <w:szCs w:val="32"/>
        </w:rPr>
        <w:lastRenderedPageBreak/>
        <w:t>Five-Year Periodic Trends</w:t>
      </w:r>
      <w:bookmarkEnd w:id="7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4D8866A9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10CE4" w14:textId="77777777" w:rsidR="00416075" w:rsidRPr="00FA4738" w:rsidRDefault="00AF3442">
            <w:pPr>
              <w:spacing w:after="0" w:line="240" w:lineRule="auto"/>
              <w:rPr>
                <w:sz w:val="22"/>
              </w:rPr>
            </w:pPr>
            <w:r w:rsidRPr="00FA4738">
              <w:rPr>
                <w:sz w:val="22"/>
              </w:rPr>
              <w:t>Enter internal tracking numbers and note whether each item increased, decreased, or remained the same across the five-year review period.</w:t>
            </w:r>
          </w:p>
        </w:tc>
      </w:tr>
    </w:tbl>
    <w:p w14:paraId="04D74773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90"/>
        <w:gridCol w:w="6350"/>
      </w:tblGrid>
      <w:tr w:rsidR="00416075" w14:paraId="50B354D2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CC963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Enrollment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6C72A" w14:textId="77777777" w:rsidR="00416075" w:rsidRDefault="00416075">
            <w:pPr>
              <w:spacing w:after="0" w:line="240" w:lineRule="auto"/>
            </w:pPr>
          </w:p>
        </w:tc>
      </w:tr>
      <w:tr w:rsidR="00416075" w14:paraId="795AEA47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9EFD5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Retention / Persistence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754E" w14:textId="77777777" w:rsidR="00416075" w:rsidRDefault="00416075">
            <w:pPr>
              <w:spacing w:after="0" w:line="240" w:lineRule="auto"/>
            </w:pPr>
          </w:p>
        </w:tc>
      </w:tr>
      <w:tr w:rsidR="00416075" w14:paraId="01FCDA8B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AA7CC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Graduation Rates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40410" w14:textId="77777777" w:rsidR="00416075" w:rsidRDefault="00416075">
            <w:pPr>
              <w:spacing w:after="0" w:line="240" w:lineRule="auto"/>
            </w:pPr>
          </w:p>
        </w:tc>
      </w:tr>
      <w:tr w:rsidR="00416075" w14:paraId="3F5FB9E2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8BC5E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Job Placement Rates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F52FE" w14:textId="77777777" w:rsidR="00416075" w:rsidRDefault="00416075">
            <w:pPr>
              <w:spacing w:after="0" w:line="240" w:lineRule="auto"/>
            </w:pPr>
          </w:p>
        </w:tc>
      </w:tr>
      <w:tr w:rsidR="00416075" w14:paraId="259D87C8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AE43F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Student Learning Outcome (SLO) Grid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33A39" w14:textId="77777777" w:rsidR="00416075" w:rsidRDefault="00416075">
            <w:pPr>
              <w:spacing w:after="0" w:line="240" w:lineRule="auto"/>
            </w:pPr>
          </w:p>
        </w:tc>
      </w:tr>
      <w:tr w:rsidR="00416075" w14:paraId="52D1FAF8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ECCCA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Course Learning Outcomes (CLO)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31FA6" w14:textId="77777777" w:rsidR="00416075" w:rsidRDefault="00416075">
            <w:pPr>
              <w:spacing w:after="0" w:line="240" w:lineRule="auto"/>
            </w:pPr>
          </w:p>
        </w:tc>
      </w:tr>
      <w:tr w:rsidR="00416075" w14:paraId="03E5FF72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5E9DD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Program Learning Outcome (PLO) Curriculum Map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A118" w14:textId="77777777" w:rsidR="00416075" w:rsidRDefault="00416075">
            <w:pPr>
              <w:spacing w:after="0" w:line="240" w:lineRule="auto"/>
            </w:pPr>
          </w:p>
        </w:tc>
      </w:tr>
      <w:tr w:rsidR="00416075" w14:paraId="5D287645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57748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General Education Curriculum Map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DC7D9" w14:textId="77777777" w:rsidR="00416075" w:rsidRDefault="00416075">
            <w:pPr>
              <w:spacing w:after="0" w:line="240" w:lineRule="auto"/>
            </w:pPr>
          </w:p>
        </w:tc>
      </w:tr>
      <w:tr w:rsidR="00416075" w14:paraId="00F3E81C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E15DF" w14:textId="77777777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General Education Assessment Results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A0E4F" w14:textId="77777777" w:rsidR="00416075" w:rsidRDefault="00416075">
            <w:pPr>
              <w:spacing w:after="0" w:line="240" w:lineRule="auto"/>
            </w:pPr>
          </w:p>
        </w:tc>
      </w:tr>
      <w:tr w:rsidR="00416075" w14:paraId="1D9CBC88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33F2" w14:textId="08B2BD28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Survey Results</w:t>
            </w:r>
            <w:r w:rsidR="00FA4738">
              <w:rPr>
                <w:b/>
                <w:sz w:val="20"/>
                <w:szCs w:val="20"/>
              </w:rPr>
              <w:t xml:space="preserve"> (Course evaluations, Assessment Day…</w:t>
            </w:r>
            <w:proofErr w:type="spellStart"/>
            <w:r w:rsidR="00FA4738">
              <w:rPr>
                <w:b/>
                <w:sz w:val="20"/>
                <w:szCs w:val="20"/>
              </w:rPr>
              <w:t>Etc</w:t>
            </w:r>
            <w:proofErr w:type="spellEnd"/>
            <w:r w:rsidR="00FA473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1801D" w14:textId="77777777" w:rsidR="00416075" w:rsidRDefault="00416075">
            <w:pPr>
              <w:spacing w:after="0" w:line="240" w:lineRule="auto"/>
            </w:pPr>
          </w:p>
        </w:tc>
      </w:tr>
      <w:tr w:rsidR="00416075" w14:paraId="10BF5FE6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95D10" w14:textId="3B1B189F" w:rsidR="00416075" w:rsidRPr="00FA4738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 xml:space="preserve">Program Advisory Committee (PAC) </w:t>
            </w:r>
            <w:r w:rsidR="008835E3">
              <w:rPr>
                <w:b/>
                <w:sz w:val="20"/>
                <w:szCs w:val="20"/>
              </w:rPr>
              <w:t xml:space="preserve">Recommendations 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3F65F" w14:textId="77777777" w:rsidR="00416075" w:rsidRDefault="00416075">
            <w:pPr>
              <w:spacing w:after="0" w:line="240" w:lineRule="auto"/>
            </w:pPr>
          </w:p>
        </w:tc>
      </w:tr>
      <w:tr w:rsidR="00416075" w14:paraId="569D4A00" w14:textId="77777777" w:rsidTr="008835E3">
        <w:trPr>
          <w:trHeight w:val="460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EB5AD" w14:textId="6BA45FC2" w:rsidR="00416075" w:rsidRPr="00FA4738" w:rsidRDefault="008835E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Industry Visits / Guest Speakers / Field Trips/ Events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C6D63" w14:textId="77777777" w:rsidR="00416075" w:rsidRDefault="00416075">
            <w:pPr>
              <w:spacing w:after="0" w:line="240" w:lineRule="auto"/>
            </w:pPr>
          </w:p>
        </w:tc>
      </w:tr>
    </w:tbl>
    <w:p w14:paraId="59D7F6A7" w14:textId="77777777" w:rsidR="00416075" w:rsidRDefault="00AF3442">
      <w:pPr>
        <w:spacing w:after="0"/>
      </w:pPr>
      <w:r>
        <w:br w:type="page"/>
      </w:r>
    </w:p>
    <w:p w14:paraId="4D1E3C1C" w14:textId="63DB22EC" w:rsidR="00416075" w:rsidRPr="008835E3" w:rsidRDefault="00AF3442">
      <w:pPr>
        <w:pStyle w:val="Heading1"/>
        <w:rPr>
          <w:sz w:val="32"/>
          <w:szCs w:val="32"/>
        </w:rPr>
      </w:pPr>
      <w:bookmarkStart w:id="8" w:name="_Toc234570982"/>
      <w:r w:rsidRPr="008835E3">
        <w:rPr>
          <w:rFonts w:ascii="Calibri" w:hAnsi="Calibri"/>
          <w:sz w:val="32"/>
          <w:szCs w:val="32"/>
        </w:rPr>
        <w:lastRenderedPageBreak/>
        <w:t>Assessment Tools Used</w:t>
      </w:r>
      <w:bookmarkEnd w:id="8"/>
      <w:r w:rsidR="008835E3">
        <w:rPr>
          <w:rFonts w:ascii="Calibri" w:hAnsi="Calibri"/>
          <w:sz w:val="32"/>
          <w:szCs w:val="32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1AEA5E72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4D70A" w14:textId="77777777" w:rsidR="00416075" w:rsidRPr="008835E3" w:rsidRDefault="00AF3442">
            <w:pPr>
              <w:spacing w:after="0" w:line="240" w:lineRule="auto"/>
              <w:rPr>
                <w:sz w:val="22"/>
              </w:rPr>
            </w:pPr>
            <w:r w:rsidRPr="008835E3">
              <w:rPr>
                <w:sz w:val="22"/>
              </w:rPr>
              <w:t>Select all tools currently used by the academic program.</w:t>
            </w:r>
          </w:p>
        </w:tc>
      </w:tr>
    </w:tbl>
    <w:p w14:paraId="2C35FDA7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754"/>
        <w:gridCol w:w="5486"/>
      </w:tblGrid>
      <w:tr w:rsidR="00416075" w14:paraId="7582BDFF" w14:textId="77777777">
        <w:trPr>
          <w:trHeight w:val="360"/>
          <w:jc w:val="center"/>
        </w:trPr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50B906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Dropbox</w:t>
            </w:r>
          </w:p>
        </w:tc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D6EE59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Rubrics</w:t>
            </w:r>
          </w:p>
        </w:tc>
      </w:tr>
      <w:tr w:rsidR="00416075" w14:paraId="529C7AF0" w14:textId="77777777">
        <w:trPr>
          <w:trHeight w:val="360"/>
          <w:jc w:val="center"/>
        </w:trPr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BFCE88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Discussion posts</w:t>
            </w:r>
          </w:p>
        </w:tc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630AA6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Projects</w:t>
            </w:r>
          </w:p>
        </w:tc>
      </w:tr>
      <w:tr w:rsidR="00416075" w14:paraId="153BB3AA" w14:textId="77777777">
        <w:trPr>
          <w:trHeight w:val="360"/>
          <w:jc w:val="center"/>
        </w:trPr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2533F6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Quizzes and exams</w:t>
            </w:r>
          </w:p>
        </w:tc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4737FD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Field trips / Industry visits</w:t>
            </w:r>
          </w:p>
        </w:tc>
      </w:tr>
      <w:tr w:rsidR="00416075" w14:paraId="3D7F9757" w14:textId="77777777">
        <w:trPr>
          <w:trHeight w:val="360"/>
          <w:jc w:val="center"/>
        </w:trPr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83090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Presentations</w:t>
            </w:r>
          </w:p>
        </w:tc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1BD9CE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Self-assessments</w:t>
            </w:r>
          </w:p>
        </w:tc>
      </w:tr>
      <w:tr w:rsidR="00416075" w14:paraId="3B659223" w14:textId="77777777">
        <w:trPr>
          <w:trHeight w:val="360"/>
          <w:jc w:val="center"/>
        </w:trPr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DDC6D6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Peer reviews</w:t>
            </w:r>
          </w:p>
        </w:tc>
        <w:tc>
          <w:tcPr>
            <w:tcW w:w="468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21DE99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☐ Surveys</w:t>
            </w:r>
          </w:p>
        </w:tc>
      </w:tr>
      <w:tr w:rsidR="00416075" w14:paraId="2C9DC0F8" w14:textId="77777777">
        <w:trPr>
          <w:trHeight w:val="403"/>
          <w:jc w:val="center"/>
        </w:trPr>
        <w:tc>
          <w:tcPr>
            <w:tcW w:w="10080" w:type="dxa"/>
            <w:gridSpan w:val="2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A41A9D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sz w:val="20"/>
                <w:szCs w:val="20"/>
              </w:rPr>
              <w:t>Other Assessments: _______________________________________________</w:t>
            </w:r>
          </w:p>
        </w:tc>
      </w:tr>
    </w:tbl>
    <w:p w14:paraId="2A8FF6FD" w14:textId="77777777" w:rsidR="008835E3" w:rsidRDefault="008835E3">
      <w:pPr>
        <w:pStyle w:val="Heading1"/>
        <w:rPr>
          <w:rFonts w:ascii="Calibri" w:hAnsi="Calibri"/>
          <w:sz w:val="32"/>
          <w:szCs w:val="32"/>
        </w:rPr>
      </w:pPr>
    </w:p>
    <w:p w14:paraId="4149EA68" w14:textId="77777777" w:rsidR="008835E3" w:rsidRDefault="008835E3">
      <w:pPr>
        <w:pStyle w:val="Heading1"/>
        <w:rPr>
          <w:rFonts w:ascii="Calibri" w:hAnsi="Calibri"/>
          <w:sz w:val="32"/>
          <w:szCs w:val="32"/>
        </w:rPr>
      </w:pPr>
    </w:p>
    <w:p w14:paraId="3B00ABF5" w14:textId="4BB27B36" w:rsidR="00416075" w:rsidRPr="008835E3" w:rsidRDefault="00AF3442">
      <w:pPr>
        <w:pStyle w:val="Heading1"/>
        <w:rPr>
          <w:sz w:val="32"/>
          <w:szCs w:val="32"/>
        </w:rPr>
      </w:pPr>
      <w:bookmarkStart w:id="9" w:name="_Toc234570983"/>
      <w:r w:rsidRPr="008835E3">
        <w:rPr>
          <w:rFonts w:ascii="Calibri" w:hAnsi="Calibri"/>
          <w:sz w:val="32"/>
          <w:szCs w:val="32"/>
        </w:rPr>
        <w:t>Data-Driven Decisions</w:t>
      </w:r>
      <w:bookmarkEnd w:id="9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3C627984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1A2E2" w14:textId="7AF71B61" w:rsidR="00416075" w:rsidRPr="008835E3" w:rsidRDefault="00AF3442">
            <w:pPr>
              <w:spacing w:after="0" w:line="240" w:lineRule="auto"/>
              <w:rPr>
                <w:sz w:val="22"/>
              </w:rPr>
            </w:pPr>
            <w:r w:rsidRPr="008835E3">
              <w:rPr>
                <w:sz w:val="22"/>
              </w:rPr>
              <w:t>Summarize your data-driven decisions based on the five-year trends. Tie decisions directly to evidence where possible.</w:t>
            </w:r>
          </w:p>
        </w:tc>
      </w:tr>
    </w:tbl>
    <w:p w14:paraId="28DC8662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81"/>
        <w:gridCol w:w="6759"/>
      </w:tblGrid>
      <w:tr w:rsidR="00416075" w14:paraId="73532928" w14:textId="77777777">
        <w:trPr>
          <w:trHeight w:val="1728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C37BE" w14:textId="77777777" w:rsidR="00416075" w:rsidRPr="008835E3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b/>
                <w:sz w:val="20"/>
                <w:szCs w:val="20"/>
              </w:rPr>
              <w:t>Summary of Decisions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33B34" w14:textId="77777777" w:rsidR="00416075" w:rsidRDefault="00416075">
            <w:pPr>
              <w:spacing w:after="0" w:line="240" w:lineRule="auto"/>
            </w:pPr>
          </w:p>
        </w:tc>
      </w:tr>
    </w:tbl>
    <w:p w14:paraId="585ED99E" w14:textId="77777777" w:rsidR="00416075" w:rsidRDefault="00AF3442">
      <w:pPr>
        <w:spacing w:after="0"/>
      </w:pPr>
      <w:r>
        <w:br w:type="page"/>
      </w:r>
    </w:p>
    <w:p w14:paraId="49CF666D" w14:textId="77777777" w:rsidR="00416075" w:rsidRPr="0032528E" w:rsidRDefault="00AF3442">
      <w:pPr>
        <w:pStyle w:val="Heading1"/>
        <w:rPr>
          <w:sz w:val="32"/>
          <w:szCs w:val="32"/>
        </w:rPr>
      </w:pPr>
      <w:bookmarkStart w:id="10" w:name="_Toc234570984"/>
      <w:r w:rsidRPr="0032528E">
        <w:rPr>
          <w:rFonts w:ascii="Calibri" w:hAnsi="Calibri"/>
          <w:sz w:val="32"/>
          <w:szCs w:val="32"/>
        </w:rPr>
        <w:lastRenderedPageBreak/>
        <w:t>Strategic Advancement Development Plan</w:t>
      </w:r>
      <w:bookmarkEnd w:id="10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78A842E5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9503F" w14:textId="77777777" w:rsidR="00416075" w:rsidRPr="0032528E" w:rsidRDefault="00AF3442">
            <w:pPr>
              <w:spacing w:after="0" w:line="240" w:lineRule="auto"/>
              <w:rPr>
                <w:sz w:val="22"/>
              </w:rPr>
            </w:pPr>
            <w:r w:rsidRPr="0032528E">
              <w:rPr>
                <w:sz w:val="22"/>
              </w:rPr>
              <w:t>Summarize accomplishments, required changes, anticipated benefits for student success, and resources needed for effective implementation.</w:t>
            </w:r>
          </w:p>
        </w:tc>
      </w:tr>
    </w:tbl>
    <w:p w14:paraId="6A1B4C5E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90"/>
        <w:gridCol w:w="6350"/>
      </w:tblGrid>
      <w:tr w:rsidR="00416075" w14:paraId="1D46371F" w14:textId="77777777" w:rsidTr="0032528E">
        <w:trPr>
          <w:trHeight w:val="1324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D6EF4" w14:textId="17FEC74A" w:rsidR="00416075" w:rsidRPr="00E5440D" w:rsidRDefault="0032528E">
            <w:pPr>
              <w:spacing w:after="0" w:line="240" w:lineRule="auto"/>
              <w:rPr>
                <w:sz w:val="20"/>
                <w:szCs w:val="20"/>
              </w:rPr>
            </w:pPr>
            <w:r w:rsidRPr="00E5440D">
              <w:rPr>
                <w:b/>
                <w:sz w:val="20"/>
                <w:szCs w:val="20"/>
              </w:rPr>
              <w:t>Identify the C</w:t>
            </w:r>
            <w:r w:rsidR="00AF3442" w:rsidRPr="00E5440D">
              <w:rPr>
                <w:b/>
                <w:sz w:val="20"/>
                <w:szCs w:val="20"/>
              </w:rPr>
              <w:t>hanges Required to Strengthen Academic Program Effectiveness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6534B" w14:textId="77777777" w:rsidR="00416075" w:rsidRDefault="00416075">
            <w:pPr>
              <w:spacing w:after="0" w:line="240" w:lineRule="auto"/>
            </w:pPr>
          </w:p>
        </w:tc>
      </w:tr>
      <w:tr w:rsidR="00416075" w14:paraId="4A767F2C" w14:textId="77777777" w:rsidTr="0032528E">
        <w:trPr>
          <w:trHeight w:val="1324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D4FB1" w14:textId="77777777" w:rsidR="00416075" w:rsidRPr="00E5440D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5440D">
              <w:rPr>
                <w:b/>
                <w:sz w:val="20"/>
                <w:szCs w:val="20"/>
              </w:rPr>
              <w:t>Anticipated Benefits for Student Success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71250" w14:textId="77777777" w:rsidR="00416075" w:rsidRDefault="00416075">
            <w:pPr>
              <w:spacing w:after="0" w:line="240" w:lineRule="auto"/>
            </w:pPr>
          </w:p>
        </w:tc>
      </w:tr>
      <w:tr w:rsidR="00416075" w14:paraId="2D052A08" w14:textId="77777777" w:rsidTr="0032528E">
        <w:trPr>
          <w:trHeight w:val="1324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99B58" w14:textId="77777777" w:rsidR="00416075" w:rsidRPr="00E5440D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5440D">
              <w:rPr>
                <w:b/>
                <w:sz w:val="20"/>
                <w:szCs w:val="20"/>
              </w:rPr>
              <w:t>Resources Needed for Effective Implementation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94914" w14:textId="77777777" w:rsidR="00416075" w:rsidRDefault="00416075">
            <w:pPr>
              <w:spacing w:after="0" w:line="240" w:lineRule="auto"/>
            </w:pPr>
          </w:p>
        </w:tc>
      </w:tr>
    </w:tbl>
    <w:p w14:paraId="3A2A3D5D" w14:textId="77777777" w:rsidR="00416075" w:rsidRDefault="00AF3442">
      <w:pPr>
        <w:spacing w:after="0"/>
      </w:pPr>
      <w:r>
        <w:br w:type="page"/>
      </w:r>
    </w:p>
    <w:p w14:paraId="0180E511" w14:textId="06FB60A3" w:rsidR="00416075" w:rsidRPr="00EC52F6" w:rsidRDefault="00EC52F6">
      <w:pPr>
        <w:pStyle w:val="Heading1"/>
        <w:rPr>
          <w:sz w:val="32"/>
          <w:szCs w:val="32"/>
        </w:rPr>
      </w:pPr>
      <w:bookmarkStart w:id="11" w:name="_Toc234570985"/>
      <w:r>
        <w:rPr>
          <w:rFonts w:ascii="Calibri" w:hAnsi="Calibri"/>
          <w:sz w:val="32"/>
          <w:szCs w:val="32"/>
        </w:rPr>
        <w:lastRenderedPageBreak/>
        <w:t>Goal Initiatives for the Next Five Academic Years</w:t>
      </w:r>
      <w:bookmarkEnd w:id="11"/>
      <w:r>
        <w:rPr>
          <w:rFonts w:ascii="Calibri" w:hAnsi="Calibri"/>
          <w:sz w:val="32"/>
          <w:szCs w:val="32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240"/>
      </w:tblGrid>
      <w:tr w:rsidR="00416075" w14:paraId="64CA4E4A" w14:textId="77777777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06D34" w14:textId="3CEE52D0" w:rsidR="00416075" w:rsidRPr="00EC52F6" w:rsidRDefault="00AF3442">
            <w:pPr>
              <w:spacing w:after="0" w:line="240" w:lineRule="auto"/>
              <w:rPr>
                <w:sz w:val="22"/>
              </w:rPr>
            </w:pPr>
            <w:r w:rsidRPr="00EC52F6">
              <w:rPr>
                <w:sz w:val="22"/>
              </w:rPr>
              <w:t>Identify 3 goals. The Results and Action Plan sections should be completed during the next five-year periodic review.</w:t>
            </w:r>
          </w:p>
        </w:tc>
      </w:tr>
    </w:tbl>
    <w:p w14:paraId="402A4F7D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2"/>
        <w:gridCol w:w="6818"/>
      </w:tblGrid>
      <w:tr w:rsidR="00416075" w14:paraId="34720E56" w14:textId="77777777">
        <w:trPr>
          <w:jc w:val="center"/>
        </w:trPr>
        <w:tc>
          <w:tcPr>
            <w:tcW w:w="10080" w:type="dxa"/>
            <w:gridSpan w:val="2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23849C0" w14:textId="77777777" w:rsidR="00416075" w:rsidRPr="00E5440D" w:rsidRDefault="00AF3442">
            <w:pPr>
              <w:spacing w:after="0" w:line="240" w:lineRule="auto"/>
              <w:rPr>
                <w:sz w:val="22"/>
              </w:rPr>
            </w:pPr>
            <w:r w:rsidRPr="00E5440D">
              <w:rPr>
                <w:b/>
                <w:color w:val="FFFFFF"/>
                <w:sz w:val="22"/>
              </w:rPr>
              <w:t>1. Goal</w:t>
            </w:r>
          </w:p>
        </w:tc>
      </w:tr>
      <w:tr w:rsidR="00416075" w14:paraId="71E9DE53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CCCF1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Institutional Goal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EE8E9" w14:textId="77777777" w:rsidR="00416075" w:rsidRDefault="00416075">
            <w:pPr>
              <w:spacing w:after="0" w:line="240" w:lineRule="auto"/>
            </w:pPr>
          </w:p>
        </w:tc>
      </w:tr>
      <w:tr w:rsidR="00416075" w14:paraId="14191CDD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1262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Academic Program Goal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519BB" w14:textId="77777777" w:rsidR="00416075" w:rsidRDefault="00416075">
            <w:pPr>
              <w:spacing w:after="0" w:line="240" w:lineRule="auto"/>
            </w:pPr>
          </w:p>
        </w:tc>
      </w:tr>
      <w:tr w:rsidR="00416075" w14:paraId="021F23BC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FC90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Objective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9F594" w14:textId="77777777" w:rsidR="00416075" w:rsidRDefault="00416075">
            <w:pPr>
              <w:spacing w:after="0" w:line="240" w:lineRule="auto"/>
            </w:pPr>
          </w:p>
        </w:tc>
      </w:tr>
      <w:tr w:rsidR="00416075" w14:paraId="13726900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A853C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Measurement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659DE" w14:textId="77777777" w:rsidR="00416075" w:rsidRDefault="00416075">
            <w:pPr>
              <w:spacing w:after="0" w:line="240" w:lineRule="auto"/>
            </w:pPr>
          </w:p>
        </w:tc>
      </w:tr>
      <w:tr w:rsidR="00416075" w14:paraId="5FEE48A7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2E631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Resources Needed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59A53" w14:textId="77777777" w:rsidR="00416075" w:rsidRDefault="00416075">
            <w:pPr>
              <w:spacing w:after="0" w:line="240" w:lineRule="auto"/>
            </w:pPr>
          </w:p>
        </w:tc>
      </w:tr>
      <w:tr w:rsidR="00416075" w14:paraId="5C6DC9D4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61B17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A14D4" w14:textId="77777777" w:rsidR="00416075" w:rsidRDefault="00416075">
            <w:pPr>
              <w:spacing w:after="0" w:line="240" w:lineRule="auto"/>
            </w:pPr>
          </w:p>
        </w:tc>
      </w:tr>
      <w:tr w:rsidR="00416075" w14:paraId="6E7E1E3A" w14:textId="77777777">
        <w:trPr>
          <w:trHeight w:val="60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4A86C" w14:textId="77777777" w:rsidR="00416075" w:rsidRPr="00EC52F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Action Plan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E3258" w14:textId="77777777" w:rsidR="00416075" w:rsidRDefault="00416075">
            <w:pPr>
              <w:spacing w:after="0" w:line="240" w:lineRule="auto"/>
            </w:pPr>
          </w:p>
        </w:tc>
      </w:tr>
    </w:tbl>
    <w:p w14:paraId="775A831D" w14:textId="77777777" w:rsidR="00416075" w:rsidRDefault="00416075">
      <w:pPr>
        <w:spacing w:after="0"/>
      </w:pPr>
    </w:p>
    <w:p w14:paraId="7A3A9D06" w14:textId="77777777" w:rsidR="00A03A72" w:rsidRDefault="00A03A72">
      <w:pPr>
        <w:spacing w:after="0"/>
      </w:pPr>
    </w:p>
    <w:p w14:paraId="60C44E24" w14:textId="77777777" w:rsidR="00A03A72" w:rsidRDefault="00A03A72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2"/>
        <w:gridCol w:w="6818"/>
      </w:tblGrid>
      <w:tr w:rsidR="00416075" w14:paraId="4D324D13" w14:textId="77777777" w:rsidTr="00A03A72">
        <w:trPr>
          <w:jc w:val="center"/>
        </w:trPr>
        <w:tc>
          <w:tcPr>
            <w:tcW w:w="10240" w:type="dxa"/>
            <w:gridSpan w:val="2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8E67C10" w14:textId="6641A844" w:rsidR="00416075" w:rsidRPr="00437116" w:rsidRDefault="00AF3442">
            <w:pPr>
              <w:spacing w:after="0" w:line="240" w:lineRule="auto"/>
              <w:rPr>
                <w:sz w:val="22"/>
              </w:rPr>
            </w:pPr>
            <w:r>
              <w:br w:type="page"/>
            </w:r>
            <w:r w:rsidRPr="00437116">
              <w:rPr>
                <w:b/>
                <w:color w:val="FFFFFF"/>
                <w:sz w:val="22"/>
              </w:rPr>
              <w:t>2. Goal</w:t>
            </w:r>
          </w:p>
        </w:tc>
      </w:tr>
      <w:tr w:rsidR="00416075" w14:paraId="109221B8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3B4E3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Institutional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F19EA" w14:textId="77777777" w:rsidR="00416075" w:rsidRDefault="00416075">
            <w:pPr>
              <w:spacing w:after="0" w:line="240" w:lineRule="auto"/>
            </w:pPr>
          </w:p>
        </w:tc>
      </w:tr>
      <w:tr w:rsidR="00416075" w14:paraId="05C7C862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43F1F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Academic Program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679B3" w14:textId="77777777" w:rsidR="00416075" w:rsidRDefault="00416075">
            <w:pPr>
              <w:spacing w:after="0" w:line="240" w:lineRule="auto"/>
            </w:pPr>
          </w:p>
        </w:tc>
      </w:tr>
      <w:tr w:rsidR="00416075" w14:paraId="4902470C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F10EC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Objective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905DA" w14:textId="77777777" w:rsidR="00416075" w:rsidRDefault="00416075">
            <w:pPr>
              <w:spacing w:after="0" w:line="240" w:lineRule="auto"/>
            </w:pPr>
          </w:p>
        </w:tc>
      </w:tr>
      <w:tr w:rsidR="00416075" w14:paraId="583C494C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C82CE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Measurement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304CF" w14:textId="77777777" w:rsidR="00416075" w:rsidRDefault="00416075">
            <w:pPr>
              <w:spacing w:after="0" w:line="240" w:lineRule="auto"/>
            </w:pPr>
          </w:p>
        </w:tc>
      </w:tr>
      <w:tr w:rsidR="00416075" w14:paraId="6CB7F06F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4C91F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Resources Needed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45BF0" w14:textId="77777777" w:rsidR="00416075" w:rsidRDefault="00416075">
            <w:pPr>
              <w:spacing w:after="0" w:line="240" w:lineRule="auto"/>
            </w:pPr>
          </w:p>
        </w:tc>
      </w:tr>
      <w:tr w:rsidR="00416075" w14:paraId="68DA9003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C1E4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E3381" w14:textId="77777777" w:rsidR="00416075" w:rsidRDefault="00416075">
            <w:pPr>
              <w:spacing w:after="0" w:line="240" w:lineRule="auto"/>
            </w:pPr>
          </w:p>
        </w:tc>
      </w:tr>
      <w:tr w:rsidR="00416075" w14:paraId="78D1D21F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3AD1E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Action Plan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50C34" w14:textId="77777777" w:rsidR="00416075" w:rsidRDefault="00416075">
            <w:pPr>
              <w:spacing w:after="0" w:line="240" w:lineRule="auto"/>
            </w:pPr>
          </w:p>
        </w:tc>
      </w:tr>
    </w:tbl>
    <w:p w14:paraId="2476E80C" w14:textId="77777777" w:rsidR="00416075" w:rsidRDefault="00416075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2"/>
        <w:gridCol w:w="6818"/>
      </w:tblGrid>
      <w:tr w:rsidR="00416075" w14:paraId="2426DCDB" w14:textId="77777777" w:rsidTr="00A03A72">
        <w:trPr>
          <w:jc w:val="center"/>
        </w:trPr>
        <w:tc>
          <w:tcPr>
            <w:tcW w:w="10240" w:type="dxa"/>
            <w:gridSpan w:val="2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D8F7922" w14:textId="65F69571" w:rsidR="00416075" w:rsidRPr="00437116" w:rsidRDefault="00AF3442">
            <w:pPr>
              <w:spacing w:after="0" w:line="240" w:lineRule="auto"/>
              <w:rPr>
                <w:sz w:val="22"/>
              </w:rPr>
            </w:pPr>
            <w:r>
              <w:lastRenderedPageBreak/>
              <w:br w:type="page"/>
            </w:r>
            <w:r w:rsidRPr="00437116">
              <w:rPr>
                <w:b/>
                <w:color w:val="FFFFFF"/>
                <w:sz w:val="22"/>
              </w:rPr>
              <w:t>3. Goal</w:t>
            </w:r>
          </w:p>
        </w:tc>
      </w:tr>
      <w:tr w:rsidR="00416075" w14:paraId="210649CC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371D3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Institutional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26695" w14:textId="77777777" w:rsidR="00416075" w:rsidRDefault="00416075">
            <w:pPr>
              <w:spacing w:after="0" w:line="240" w:lineRule="auto"/>
            </w:pPr>
          </w:p>
        </w:tc>
      </w:tr>
      <w:tr w:rsidR="00416075" w14:paraId="6BE8901F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9DA06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Academic Program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DD385" w14:textId="77777777" w:rsidR="00416075" w:rsidRDefault="00416075">
            <w:pPr>
              <w:spacing w:after="0" w:line="240" w:lineRule="auto"/>
            </w:pPr>
          </w:p>
        </w:tc>
      </w:tr>
      <w:tr w:rsidR="00416075" w14:paraId="1FF9CA5D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DEA60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Objective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53B1E" w14:textId="77777777" w:rsidR="00416075" w:rsidRDefault="00416075">
            <w:pPr>
              <w:spacing w:after="0" w:line="240" w:lineRule="auto"/>
            </w:pPr>
          </w:p>
        </w:tc>
      </w:tr>
      <w:tr w:rsidR="00416075" w14:paraId="0A4FC164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50ACE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Measurement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6372" w14:textId="77777777" w:rsidR="00416075" w:rsidRDefault="00416075">
            <w:pPr>
              <w:spacing w:after="0" w:line="240" w:lineRule="auto"/>
            </w:pPr>
          </w:p>
        </w:tc>
      </w:tr>
      <w:tr w:rsidR="00416075" w14:paraId="72885F1B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ADCEA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Resources Needed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9D0B5" w14:textId="77777777" w:rsidR="00416075" w:rsidRDefault="00416075">
            <w:pPr>
              <w:spacing w:after="0" w:line="240" w:lineRule="auto"/>
            </w:pPr>
          </w:p>
        </w:tc>
      </w:tr>
      <w:tr w:rsidR="00416075" w14:paraId="789BE88B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58737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14549" w14:textId="77777777" w:rsidR="00416075" w:rsidRDefault="00416075">
            <w:pPr>
              <w:spacing w:after="0" w:line="240" w:lineRule="auto"/>
            </w:pPr>
          </w:p>
        </w:tc>
      </w:tr>
      <w:tr w:rsidR="00416075" w14:paraId="442CD1D8" w14:textId="77777777" w:rsidTr="00A03A72">
        <w:trPr>
          <w:trHeight w:val="604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51369" w14:textId="77777777" w:rsidR="00416075" w:rsidRPr="00437116" w:rsidRDefault="00AF3442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Action Plan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60CF" w14:textId="77777777" w:rsidR="00416075" w:rsidRDefault="00416075">
            <w:pPr>
              <w:spacing w:after="0" w:line="240" w:lineRule="auto"/>
            </w:pPr>
          </w:p>
        </w:tc>
      </w:tr>
    </w:tbl>
    <w:p w14:paraId="067B33D9" w14:textId="77777777" w:rsidR="00416075" w:rsidRDefault="00416075">
      <w:pPr>
        <w:spacing w:after="0"/>
      </w:pPr>
    </w:p>
    <w:p w14:paraId="3F80C048" w14:textId="0B941C78" w:rsidR="00416075" w:rsidRDefault="00416075">
      <w:pPr>
        <w:spacing w:after="0"/>
      </w:pPr>
    </w:p>
    <w:sectPr w:rsidR="00416075" w:rsidSect="00034616">
      <w:footerReference w:type="default" r:id="rId17"/>
      <w:pgSz w:w="12240" w:h="15840"/>
      <w:pgMar w:top="792" w:right="1080" w:bottom="792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88D4" w14:textId="77777777" w:rsidR="00AF3442" w:rsidRDefault="00AF3442">
      <w:pPr>
        <w:spacing w:after="0" w:line="240" w:lineRule="auto"/>
      </w:pPr>
      <w:r>
        <w:separator/>
      </w:r>
    </w:p>
  </w:endnote>
  <w:endnote w:type="continuationSeparator" w:id="0">
    <w:p w14:paraId="36F991F3" w14:textId="77777777" w:rsidR="00AF3442" w:rsidRDefault="00AF3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2026B" w14:textId="1BDA6CB2" w:rsidR="00416075" w:rsidRDefault="008765B3">
    <w:pPr>
      <w:pStyle w:val="Footer"/>
      <w:jc w:val="center"/>
    </w:pPr>
    <w:r>
      <w:rPr>
        <w:color w:val="666666"/>
        <w:sz w:val="14"/>
      </w:rPr>
      <w:tab/>
    </w:r>
    <w:r>
      <w:rPr>
        <w:color w:val="666666"/>
        <w:sz w:val="14"/>
      </w:rPr>
      <w:tab/>
      <w:t xml:space="preserve"> July 2026 | Page</w:t>
    </w:r>
    <w:r w:rsidR="00AF3442">
      <w:rPr>
        <w:color w:val="666666"/>
        <w:sz w:val="14"/>
      </w:rPr>
      <w:t xml:space="preserve"> </w:t>
    </w:r>
    <w:r w:rsidR="00AF3442">
      <w:rPr>
        <w:color w:val="666666"/>
        <w:sz w:val="14"/>
      </w:rPr>
      <w:fldChar w:fldCharType="begin"/>
    </w:r>
    <w:r w:rsidR="00AF3442">
      <w:rPr>
        <w:color w:val="666666"/>
        <w:sz w:val="14"/>
      </w:rPr>
      <w:instrText xml:space="preserve"> PAGE </w:instrText>
    </w:r>
    <w:r w:rsidR="00AF3442">
      <w:rPr>
        <w:color w:val="666666"/>
        <w:sz w:val="14"/>
      </w:rPr>
      <w:fldChar w:fldCharType="separate"/>
    </w:r>
    <w:r>
      <w:rPr>
        <w:noProof/>
        <w:color w:val="666666"/>
        <w:sz w:val="14"/>
      </w:rPr>
      <w:t>1</w:t>
    </w:r>
    <w:r w:rsidR="00AF3442">
      <w:rPr>
        <w:color w:val="666666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5E4BA" w14:textId="77777777" w:rsidR="00AF3442" w:rsidRDefault="00AF3442">
      <w:pPr>
        <w:spacing w:after="0" w:line="240" w:lineRule="auto"/>
      </w:pPr>
      <w:r>
        <w:separator/>
      </w:r>
    </w:p>
  </w:footnote>
  <w:footnote w:type="continuationSeparator" w:id="0">
    <w:p w14:paraId="7607EE21" w14:textId="77777777" w:rsidR="00AF3442" w:rsidRDefault="00AF3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0136871">
    <w:abstractNumId w:val="8"/>
  </w:num>
  <w:num w:numId="2" w16cid:durableId="1682585024">
    <w:abstractNumId w:val="6"/>
  </w:num>
  <w:num w:numId="3" w16cid:durableId="553741608">
    <w:abstractNumId w:val="5"/>
  </w:num>
  <w:num w:numId="4" w16cid:durableId="1896354819">
    <w:abstractNumId w:val="4"/>
  </w:num>
  <w:num w:numId="5" w16cid:durableId="1747067813">
    <w:abstractNumId w:val="7"/>
  </w:num>
  <w:num w:numId="6" w16cid:durableId="1741637570">
    <w:abstractNumId w:val="3"/>
  </w:num>
  <w:num w:numId="7" w16cid:durableId="435753570">
    <w:abstractNumId w:val="2"/>
  </w:num>
  <w:num w:numId="8" w16cid:durableId="455873813">
    <w:abstractNumId w:val="1"/>
  </w:num>
  <w:num w:numId="9" w16cid:durableId="61591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386"/>
    <w:rsid w:val="0015074B"/>
    <w:rsid w:val="001509CA"/>
    <w:rsid w:val="001F03D2"/>
    <w:rsid w:val="00221243"/>
    <w:rsid w:val="0029639D"/>
    <w:rsid w:val="0032528E"/>
    <w:rsid w:val="00326F90"/>
    <w:rsid w:val="00416075"/>
    <w:rsid w:val="00437116"/>
    <w:rsid w:val="00476DA5"/>
    <w:rsid w:val="005A0A8E"/>
    <w:rsid w:val="007C0440"/>
    <w:rsid w:val="008765B3"/>
    <w:rsid w:val="008835E3"/>
    <w:rsid w:val="00A03A72"/>
    <w:rsid w:val="00AA1D8D"/>
    <w:rsid w:val="00AF3442"/>
    <w:rsid w:val="00B47730"/>
    <w:rsid w:val="00CB0664"/>
    <w:rsid w:val="00D33585"/>
    <w:rsid w:val="00E5440D"/>
    <w:rsid w:val="00E96B23"/>
    <w:rsid w:val="00EC52F6"/>
    <w:rsid w:val="00FA47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838134"/>
  <w14:defaultImageDpi w14:val="300"/>
  <w15:docId w15:val="{38512067-3234-435A-AC02-847F5DAF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b/>
      <w:bCs/>
      <w:color w:val="1F4E7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bCs/>
      <w:color w:val="404040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476DA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76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Program Five-Year Periodic Review Template</dc:title>
  <dc:subject>Johnson College academic program assessment template</dc:subject>
  <dc:creator>OpenAI</dc:creator>
  <cp:keywords/>
  <dc:description>Cleaned and restyled template based on the annual assessment template.</dc:description>
  <cp:lastModifiedBy>Dylan McConnellDrozdis</cp:lastModifiedBy>
  <cp:revision>5</cp:revision>
  <cp:lastPrinted>2026-07-10T13:49:00Z</cp:lastPrinted>
  <dcterms:created xsi:type="dcterms:W3CDTF">2026-07-09T19:42:00Z</dcterms:created>
  <dcterms:modified xsi:type="dcterms:W3CDTF">2026-07-10T14:16:00Z</dcterms:modified>
  <cp:category/>
</cp:coreProperties>
</file>