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82664" w14:textId="329DA094" w:rsidR="00BA03AB" w:rsidRDefault="00FC0ABB">
      <w:pPr>
        <w:spacing w:before="1600"/>
        <w:jc w:val="center"/>
        <w:rPr>
          <w:b/>
          <w:color w:val="1F4E79"/>
          <w:sz w:val="36"/>
        </w:rPr>
      </w:pPr>
      <w:r w:rsidRPr="004D5856">
        <w:rPr>
          <w:rFonts w:ascii="Times New Roman" w:hAnsi="Times New Roman" w:cs="Times New Roman"/>
          <w:noProof/>
        </w:rPr>
        <w:drawing>
          <wp:inline distT="0" distB="0" distL="0" distR="0" wp14:anchorId="642616BE" wp14:editId="24437415">
            <wp:extent cx="5943600" cy="236761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Logo.jpg"/>
                    <pic:cNvPicPr/>
                  </pic:nvPicPr>
                  <pic:blipFill rotWithShape="1">
                    <a:blip r:embed="rId8" cstate="print">
                      <a:extLst>
                        <a:ext uri="{28A0092B-C50C-407E-A947-70E740481C1C}">
                          <a14:useLocalDpi xmlns:a14="http://schemas.microsoft.com/office/drawing/2010/main" val="0"/>
                        </a:ext>
                      </a:extLst>
                    </a:blip>
                    <a:srcRect t="13149"/>
                    <a:stretch/>
                  </pic:blipFill>
                  <pic:spPr bwMode="auto">
                    <a:xfrm>
                      <a:off x="0" y="0"/>
                      <a:ext cx="5943600" cy="2367610"/>
                    </a:xfrm>
                    <a:prstGeom prst="rect">
                      <a:avLst/>
                    </a:prstGeom>
                    <a:ln>
                      <a:noFill/>
                    </a:ln>
                    <a:extLst>
                      <a:ext uri="{53640926-AAD7-44D8-BBD7-CCE9431645EC}">
                        <a14:shadowObscured xmlns:a14="http://schemas.microsoft.com/office/drawing/2010/main"/>
                      </a:ext>
                    </a:extLst>
                  </pic:spPr>
                </pic:pic>
              </a:graphicData>
            </a:graphic>
          </wp:inline>
        </w:drawing>
      </w:r>
    </w:p>
    <w:p w14:paraId="6DC30E4E" w14:textId="77777777" w:rsidR="00BA03AB" w:rsidRDefault="00BA03AB" w:rsidP="00BA03AB">
      <w:pPr>
        <w:spacing w:before="360" w:after="240"/>
        <w:jc w:val="center"/>
        <w:rPr>
          <w:b/>
          <w:color w:val="1F4E79"/>
          <w:sz w:val="56"/>
        </w:rPr>
      </w:pPr>
    </w:p>
    <w:p w14:paraId="3E08F5A4" w14:textId="77777777" w:rsidR="00BA03AB" w:rsidRDefault="00BA03AB" w:rsidP="00BA03AB">
      <w:pPr>
        <w:spacing w:before="360" w:after="240"/>
        <w:jc w:val="center"/>
        <w:rPr>
          <w:b/>
          <w:color w:val="1F4E79"/>
          <w:sz w:val="56"/>
        </w:rPr>
      </w:pPr>
    </w:p>
    <w:p w14:paraId="7DBAC1A3" w14:textId="6F08C20A" w:rsidR="00BA03AB" w:rsidRDefault="00BA03AB" w:rsidP="00BA03AB">
      <w:pPr>
        <w:spacing w:before="360" w:after="240"/>
        <w:jc w:val="center"/>
        <w:rPr>
          <w:b/>
          <w:color w:val="1F4E79"/>
          <w:sz w:val="56"/>
        </w:rPr>
      </w:pPr>
      <w:r>
        <w:rPr>
          <w:b/>
          <w:color w:val="1F4E79"/>
          <w:sz w:val="56"/>
        </w:rPr>
        <w:t>Annual Assessment</w:t>
      </w:r>
    </w:p>
    <w:p w14:paraId="209969E5" w14:textId="77777777" w:rsidR="00BA03AB" w:rsidRPr="00BA03AB" w:rsidRDefault="00BA03AB" w:rsidP="00BA03AB">
      <w:pPr>
        <w:spacing w:before="360" w:after="240"/>
        <w:jc w:val="center"/>
      </w:pPr>
    </w:p>
    <w:p w14:paraId="2A450058" w14:textId="77777777" w:rsidR="00BA03AB" w:rsidRDefault="00BA03AB" w:rsidP="00BA03AB">
      <w:pPr>
        <w:jc w:val="center"/>
        <w:rPr>
          <w:b/>
          <w:bCs/>
          <w:color w:val="1F497D" w:themeColor="text2"/>
          <w:sz w:val="36"/>
          <w:szCs w:val="36"/>
        </w:rPr>
      </w:pPr>
      <w:r w:rsidRPr="00BA03AB">
        <w:rPr>
          <w:b/>
          <w:bCs/>
          <w:color w:val="1F497D" w:themeColor="text2"/>
          <w:sz w:val="36"/>
          <w:szCs w:val="36"/>
        </w:rPr>
        <w:t>Academic Program: ___________</w:t>
      </w:r>
    </w:p>
    <w:p w14:paraId="281053B1" w14:textId="77777777" w:rsidR="00BA03AB" w:rsidRDefault="00BA03AB" w:rsidP="00BA03AB">
      <w:pPr>
        <w:jc w:val="center"/>
        <w:rPr>
          <w:b/>
          <w:bCs/>
          <w:color w:val="1F497D" w:themeColor="text2"/>
          <w:sz w:val="36"/>
          <w:szCs w:val="36"/>
        </w:rPr>
      </w:pPr>
    </w:p>
    <w:p w14:paraId="2D91F951" w14:textId="7827CF34" w:rsidR="002F2296" w:rsidRPr="00BA03AB" w:rsidRDefault="00BA03AB" w:rsidP="00BA03AB">
      <w:pPr>
        <w:jc w:val="center"/>
        <w:rPr>
          <w:b/>
          <w:bCs/>
          <w:color w:val="1F497D" w:themeColor="text2"/>
          <w:sz w:val="36"/>
          <w:szCs w:val="36"/>
        </w:rPr>
      </w:pPr>
      <w:r>
        <w:rPr>
          <w:b/>
          <w:color w:val="1F4E79"/>
          <w:sz w:val="36"/>
        </w:rPr>
        <w:t>Academic Year____-_____</w:t>
      </w:r>
    </w:p>
    <w:p w14:paraId="2E847DA1" w14:textId="77777777" w:rsidR="002F2296" w:rsidRDefault="008312BA" w:rsidP="00BA03AB">
      <w:pPr>
        <w:jc w:val="center"/>
      </w:pPr>
      <w:r>
        <w:br w:type="page"/>
      </w:r>
    </w:p>
    <w:sdt>
      <w:sdtPr>
        <w:rPr>
          <w:rFonts w:ascii="Calibri" w:eastAsiaTheme="minorEastAsia" w:hAnsi="Calibri" w:cstheme="minorBidi"/>
          <w:b w:val="0"/>
          <w:bCs w:val="0"/>
          <w:color w:val="auto"/>
          <w:sz w:val="22"/>
          <w:szCs w:val="22"/>
        </w:rPr>
        <w:id w:val="257718511"/>
        <w:docPartObj>
          <w:docPartGallery w:val="Table of Contents"/>
          <w:docPartUnique/>
        </w:docPartObj>
      </w:sdtPr>
      <w:sdtEndPr>
        <w:rPr>
          <w:noProof/>
        </w:rPr>
      </w:sdtEndPr>
      <w:sdtContent>
        <w:p w14:paraId="7715A908" w14:textId="61E1F502" w:rsidR="002F33A0" w:rsidRDefault="002F33A0" w:rsidP="002F33A0">
          <w:pPr>
            <w:pStyle w:val="TOCHeading"/>
            <w:jc w:val="center"/>
          </w:pPr>
          <w:r>
            <w:t>Table of Contents</w:t>
          </w:r>
        </w:p>
        <w:p w14:paraId="6A03BC80" w14:textId="77777777" w:rsidR="00CB106F" w:rsidRDefault="00CB106F" w:rsidP="00CB106F"/>
        <w:p w14:paraId="7A149A5C" w14:textId="77777777" w:rsidR="00CB106F" w:rsidRPr="00CB106F" w:rsidRDefault="00CB106F" w:rsidP="00CB106F"/>
        <w:p w14:paraId="178B2790" w14:textId="6046CE7C" w:rsidR="00D336CA" w:rsidRDefault="002F33A0">
          <w:pPr>
            <w:pStyle w:val="TOC1"/>
            <w:tabs>
              <w:tab w:val="right" w:leader="dot" w:pos="10070"/>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hyperlink w:anchor="_Toc234570967" w:history="1">
            <w:r w:rsidR="00D336CA" w:rsidRPr="00B4581A">
              <w:rPr>
                <w:rStyle w:val="Hyperlink"/>
                <w:noProof/>
              </w:rPr>
              <w:t>Academic Program Mission Statement</w:t>
            </w:r>
            <w:r w:rsidR="00D336CA">
              <w:rPr>
                <w:noProof/>
                <w:webHidden/>
              </w:rPr>
              <w:tab/>
            </w:r>
            <w:r w:rsidR="00D336CA">
              <w:rPr>
                <w:noProof/>
                <w:webHidden/>
              </w:rPr>
              <w:fldChar w:fldCharType="begin"/>
            </w:r>
            <w:r w:rsidR="00D336CA">
              <w:rPr>
                <w:noProof/>
                <w:webHidden/>
              </w:rPr>
              <w:instrText xml:space="preserve"> PAGEREF _Toc234570967 \h </w:instrText>
            </w:r>
            <w:r w:rsidR="00D336CA">
              <w:rPr>
                <w:noProof/>
                <w:webHidden/>
              </w:rPr>
            </w:r>
            <w:r w:rsidR="00D336CA">
              <w:rPr>
                <w:noProof/>
                <w:webHidden/>
              </w:rPr>
              <w:fldChar w:fldCharType="separate"/>
            </w:r>
            <w:r w:rsidR="00D336CA">
              <w:rPr>
                <w:noProof/>
                <w:webHidden/>
              </w:rPr>
              <w:t>3</w:t>
            </w:r>
            <w:r w:rsidR="00D336CA">
              <w:rPr>
                <w:noProof/>
                <w:webHidden/>
              </w:rPr>
              <w:fldChar w:fldCharType="end"/>
            </w:r>
          </w:hyperlink>
        </w:p>
        <w:p w14:paraId="50798046" w14:textId="5F127FDD"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68" w:history="1">
            <w:r w:rsidRPr="00B4581A">
              <w:rPr>
                <w:rStyle w:val="Hyperlink"/>
                <w:noProof/>
              </w:rPr>
              <w:t>Academic Program Overview</w:t>
            </w:r>
            <w:r>
              <w:rPr>
                <w:noProof/>
                <w:webHidden/>
              </w:rPr>
              <w:tab/>
            </w:r>
            <w:r>
              <w:rPr>
                <w:noProof/>
                <w:webHidden/>
              </w:rPr>
              <w:fldChar w:fldCharType="begin"/>
            </w:r>
            <w:r>
              <w:rPr>
                <w:noProof/>
                <w:webHidden/>
              </w:rPr>
              <w:instrText xml:space="preserve"> PAGEREF _Toc234570968 \h </w:instrText>
            </w:r>
            <w:r>
              <w:rPr>
                <w:noProof/>
                <w:webHidden/>
              </w:rPr>
            </w:r>
            <w:r>
              <w:rPr>
                <w:noProof/>
                <w:webHidden/>
              </w:rPr>
              <w:fldChar w:fldCharType="separate"/>
            </w:r>
            <w:r>
              <w:rPr>
                <w:noProof/>
                <w:webHidden/>
              </w:rPr>
              <w:t>3</w:t>
            </w:r>
            <w:r>
              <w:rPr>
                <w:noProof/>
                <w:webHidden/>
              </w:rPr>
              <w:fldChar w:fldCharType="end"/>
            </w:r>
          </w:hyperlink>
        </w:p>
        <w:p w14:paraId="603AE9C6" w14:textId="645728B3"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69" w:history="1">
            <w:r w:rsidRPr="00B4581A">
              <w:rPr>
                <w:rStyle w:val="Hyperlink"/>
                <w:noProof/>
              </w:rPr>
              <w:t>S.W.O.T. Analysis</w:t>
            </w:r>
            <w:r>
              <w:rPr>
                <w:noProof/>
                <w:webHidden/>
              </w:rPr>
              <w:tab/>
            </w:r>
            <w:r>
              <w:rPr>
                <w:noProof/>
                <w:webHidden/>
              </w:rPr>
              <w:fldChar w:fldCharType="begin"/>
            </w:r>
            <w:r>
              <w:rPr>
                <w:noProof/>
                <w:webHidden/>
              </w:rPr>
              <w:instrText xml:space="preserve"> PAGEREF _Toc234570969 \h </w:instrText>
            </w:r>
            <w:r>
              <w:rPr>
                <w:noProof/>
                <w:webHidden/>
              </w:rPr>
            </w:r>
            <w:r>
              <w:rPr>
                <w:noProof/>
                <w:webHidden/>
              </w:rPr>
              <w:fldChar w:fldCharType="separate"/>
            </w:r>
            <w:r>
              <w:rPr>
                <w:noProof/>
                <w:webHidden/>
              </w:rPr>
              <w:t>3</w:t>
            </w:r>
            <w:r>
              <w:rPr>
                <w:noProof/>
                <w:webHidden/>
              </w:rPr>
              <w:fldChar w:fldCharType="end"/>
            </w:r>
          </w:hyperlink>
        </w:p>
        <w:p w14:paraId="4F2743CB" w14:textId="4A440EAA"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70" w:history="1">
            <w:r w:rsidRPr="00B4581A">
              <w:rPr>
                <w:rStyle w:val="Hyperlink"/>
                <w:noProof/>
              </w:rPr>
              <w:t>Institutional Goals</w:t>
            </w:r>
            <w:r>
              <w:rPr>
                <w:noProof/>
                <w:webHidden/>
              </w:rPr>
              <w:tab/>
            </w:r>
            <w:r>
              <w:rPr>
                <w:noProof/>
                <w:webHidden/>
              </w:rPr>
              <w:fldChar w:fldCharType="begin"/>
            </w:r>
            <w:r>
              <w:rPr>
                <w:noProof/>
                <w:webHidden/>
              </w:rPr>
              <w:instrText xml:space="preserve"> PAGEREF _Toc234570970 \h </w:instrText>
            </w:r>
            <w:r>
              <w:rPr>
                <w:noProof/>
                <w:webHidden/>
              </w:rPr>
            </w:r>
            <w:r>
              <w:rPr>
                <w:noProof/>
                <w:webHidden/>
              </w:rPr>
              <w:fldChar w:fldCharType="separate"/>
            </w:r>
            <w:r>
              <w:rPr>
                <w:noProof/>
                <w:webHidden/>
              </w:rPr>
              <w:t>4</w:t>
            </w:r>
            <w:r>
              <w:rPr>
                <w:noProof/>
                <w:webHidden/>
              </w:rPr>
              <w:fldChar w:fldCharType="end"/>
            </w:r>
          </w:hyperlink>
        </w:p>
        <w:p w14:paraId="3060AE0B" w14:textId="0E7DAD4F"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71" w:history="1">
            <w:r w:rsidRPr="00B4581A">
              <w:rPr>
                <w:rStyle w:val="Hyperlink"/>
                <w:noProof/>
              </w:rPr>
              <w:t>Annual Data and Findings</w:t>
            </w:r>
            <w:r>
              <w:rPr>
                <w:noProof/>
                <w:webHidden/>
              </w:rPr>
              <w:tab/>
            </w:r>
            <w:r>
              <w:rPr>
                <w:noProof/>
                <w:webHidden/>
              </w:rPr>
              <w:fldChar w:fldCharType="begin"/>
            </w:r>
            <w:r>
              <w:rPr>
                <w:noProof/>
                <w:webHidden/>
              </w:rPr>
              <w:instrText xml:space="preserve"> PAGEREF _Toc234570971 \h </w:instrText>
            </w:r>
            <w:r>
              <w:rPr>
                <w:noProof/>
                <w:webHidden/>
              </w:rPr>
            </w:r>
            <w:r>
              <w:rPr>
                <w:noProof/>
                <w:webHidden/>
              </w:rPr>
              <w:fldChar w:fldCharType="separate"/>
            </w:r>
            <w:r>
              <w:rPr>
                <w:noProof/>
                <w:webHidden/>
              </w:rPr>
              <w:t>6</w:t>
            </w:r>
            <w:r>
              <w:rPr>
                <w:noProof/>
                <w:webHidden/>
              </w:rPr>
              <w:fldChar w:fldCharType="end"/>
            </w:r>
          </w:hyperlink>
        </w:p>
        <w:p w14:paraId="0801BA09" w14:textId="64FD0AA3"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72" w:history="1">
            <w:r w:rsidRPr="00B4581A">
              <w:rPr>
                <w:rStyle w:val="Hyperlink"/>
                <w:noProof/>
              </w:rPr>
              <w:t>Assessment Tools Used</w:t>
            </w:r>
            <w:r>
              <w:rPr>
                <w:noProof/>
                <w:webHidden/>
              </w:rPr>
              <w:tab/>
            </w:r>
            <w:r>
              <w:rPr>
                <w:noProof/>
                <w:webHidden/>
              </w:rPr>
              <w:fldChar w:fldCharType="begin"/>
            </w:r>
            <w:r>
              <w:rPr>
                <w:noProof/>
                <w:webHidden/>
              </w:rPr>
              <w:instrText xml:space="preserve"> PAGEREF _Toc234570972 \h </w:instrText>
            </w:r>
            <w:r>
              <w:rPr>
                <w:noProof/>
                <w:webHidden/>
              </w:rPr>
            </w:r>
            <w:r>
              <w:rPr>
                <w:noProof/>
                <w:webHidden/>
              </w:rPr>
              <w:fldChar w:fldCharType="separate"/>
            </w:r>
            <w:r>
              <w:rPr>
                <w:noProof/>
                <w:webHidden/>
              </w:rPr>
              <w:t>7</w:t>
            </w:r>
            <w:r>
              <w:rPr>
                <w:noProof/>
                <w:webHidden/>
              </w:rPr>
              <w:fldChar w:fldCharType="end"/>
            </w:r>
          </w:hyperlink>
        </w:p>
        <w:p w14:paraId="454A9D2C" w14:textId="633E5203"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73" w:history="1">
            <w:r w:rsidRPr="00B4581A">
              <w:rPr>
                <w:rStyle w:val="Hyperlink"/>
                <w:noProof/>
              </w:rPr>
              <w:t>Data-Driven Decisions</w:t>
            </w:r>
            <w:r>
              <w:rPr>
                <w:noProof/>
                <w:webHidden/>
              </w:rPr>
              <w:tab/>
            </w:r>
            <w:r>
              <w:rPr>
                <w:noProof/>
                <w:webHidden/>
              </w:rPr>
              <w:fldChar w:fldCharType="begin"/>
            </w:r>
            <w:r>
              <w:rPr>
                <w:noProof/>
                <w:webHidden/>
              </w:rPr>
              <w:instrText xml:space="preserve"> PAGEREF _Toc234570973 \h </w:instrText>
            </w:r>
            <w:r>
              <w:rPr>
                <w:noProof/>
                <w:webHidden/>
              </w:rPr>
            </w:r>
            <w:r>
              <w:rPr>
                <w:noProof/>
                <w:webHidden/>
              </w:rPr>
              <w:fldChar w:fldCharType="separate"/>
            </w:r>
            <w:r>
              <w:rPr>
                <w:noProof/>
                <w:webHidden/>
              </w:rPr>
              <w:t>7</w:t>
            </w:r>
            <w:r>
              <w:rPr>
                <w:noProof/>
                <w:webHidden/>
              </w:rPr>
              <w:fldChar w:fldCharType="end"/>
            </w:r>
          </w:hyperlink>
        </w:p>
        <w:p w14:paraId="5A7C79C6" w14:textId="7AE39E69" w:rsidR="00D336CA" w:rsidRDefault="00D336CA">
          <w:pPr>
            <w:pStyle w:val="TOC1"/>
            <w:tabs>
              <w:tab w:val="right" w:leader="dot" w:pos="10070"/>
            </w:tabs>
            <w:rPr>
              <w:rFonts w:asciiTheme="minorHAnsi" w:hAnsiTheme="minorHAnsi"/>
              <w:noProof/>
              <w:kern w:val="2"/>
              <w:sz w:val="24"/>
              <w:szCs w:val="24"/>
              <w14:ligatures w14:val="standardContextual"/>
            </w:rPr>
          </w:pPr>
          <w:hyperlink w:anchor="_Toc234570974" w:history="1">
            <w:r w:rsidRPr="00B4581A">
              <w:rPr>
                <w:rStyle w:val="Hyperlink"/>
                <w:noProof/>
              </w:rPr>
              <w:t>Goal Initiatives for the Next Academic Year</w:t>
            </w:r>
            <w:r>
              <w:rPr>
                <w:noProof/>
                <w:webHidden/>
              </w:rPr>
              <w:tab/>
            </w:r>
            <w:r>
              <w:rPr>
                <w:noProof/>
                <w:webHidden/>
              </w:rPr>
              <w:fldChar w:fldCharType="begin"/>
            </w:r>
            <w:r>
              <w:rPr>
                <w:noProof/>
                <w:webHidden/>
              </w:rPr>
              <w:instrText xml:space="preserve"> PAGEREF _Toc234570974 \h </w:instrText>
            </w:r>
            <w:r>
              <w:rPr>
                <w:noProof/>
                <w:webHidden/>
              </w:rPr>
            </w:r>
            <w:r>
              <w:rPr>
                <w:noProof/>
                <w:webHidden/>
              </w:rPr>
              <w:fldChar w:fldCharType="separate"/>
            </w:r>
            <w:r>
              <w:rPr>
                <w:noProof/>
                <w:webHidden/>
              </w:rPr>
              <w:t>8</w:t>
            </w:r>
            <w:r>
              <w:rPr>
                <w:noProof/>
                <w:webHidden/>
              </w:rPr>
              <w:fldChar w:fldCharType="end"/>
            </w:r>
          </w:hyperlink>
        </w:p>
        <w:p w14:paraId="15027E90" w14:textId="74588422" w:rsidR="002F33A0" w:rsidRDefault="002F33A0">
          <w:r>
            <w:rPr>
              <w:b/>
              <w:bCs/>
              <w:noProof/>
            </w:rPr>
            <w:fldChar w:fldCharType="end"/>
          </w:r>
        </w:p>
      </w:sdtContent>
    </w:sdt>
    <w:p w14:paraId="71C396B8" w14:textId="5437C5D3" w:rsidR="002F2296" w:rsidRDefault="002F2296">
      <w:pPr>
        <w:spacing w:before="160" w:after="0"/>
      </w:pPr>
    </w:p>
    <w:p w14:paraId="777A08A7" w14:textId="77777777" w:rsidR="002F2296" w:rsidRDefault="008312BA">
      <w:r>
        <w:br w:type="page"/>
      </w:r>
    </w:p>
    <w:p w14:paraId="1FAAD998" w14:textId="77777777" w:rsidR="002F2296" w:rsidRDefault="008312BA">
      <w:pPr>
        <w:pStyle w:val="Heading1"/>
      </w:pPr>
      <w:bookmarkStart w:id="0" w:name="_Toc234570967"/>
      <w:r>
        <w:lastRenderedPageBreak/>
        <w:t>Academic Program Mission Statement</w:t>
      </w:r>
      <w:bookmarkEnd w:id="0"/>
    </w:p>
    <w:tbl>
      <w:tblPr>
        <w:tblW w:w="0" w:type="auto"/>
        <w:jc w:val="center"/>
        <w:tblLayout w:type="fixed"/>
        <w:tblLook w:val="04A0" w:firstRow="1" w:lastRow="0" w:firstColumn="1" w:lastColumn="0" w:noHBand="0" w:noVBand="1"/>
      </w:tblPr>
      <w:tblGrid>
        <w:gridCol w:w="3312"/>
        <w:gridCol w:w="6768"/>
        <w:gridCol w:w="30"/>
      </w:tblGrid>
      <w:tr w:rsidR="002F2296" w14:paraId="22AB23E3" w14:textId="77777777">
        <w:trPr>
          <w:gridAfter w:val="1"/>
          <w:wAfter w:w="30" w:type="dxa"/>
          <w:jc w:val="center"/>
        </w:trPr>
        <w:tc>
          <w:tcPr>
            <w:tcW w:w="10080" w:type="dxa"/>
            <w:gridSpan w:val="2"/>
            <w:shd w:val="clear" w:color="auto" w:fill="F2F2F2"/>
            <w:tcMar>
              <w:top w:w="110" w:type="dxa"/>
              <w:left w:w="140" w:type="dxa"/>
              <w:bottom w:w="110" w:type="dxa"/>
              <w:right w:w="140" w:type="dxa"/>
            </w:tcMar>
          </w:tcPr>
          <w:p w14:paraId="786A577C" w14:textId="77777777" w:rsidR="002F2296" w:rsidRDefault="008312BA">
            <w:pPr>
              <w:spacing w:after="0"/>
            </w:pPr>
            <w:r>
              <w:rPr>
                <w:i/>
                <w:color w:val="404040"/>
                <w:sz w:val="18"/>
              </w:rPr>
              <w:t>What is your academic program’s mission statement? Are you meeting your mission? Explain the metrics and benchmarks used to determine whether the mission is being met.</w:t>
            </w:r>
          </w:p>
        </w:tc>
      </w:tr>
      <w:tr w:rsidR="002F2296" w14:paraId="42544F2D" w14:textId="77777777">
        <w:trPr>
          <w:trHeight w:val="1512"/>
          <w:jc w:val="center"/>
        </w:trPr>
        <w:tc>
          <w:tcPr>
            <w:tcW w:w="3312"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A8C8E6A" w14:textId="2382A8C4" w:rsidR="002F2296" w:rsidRDefault="008312BA">
            <w:pPr>
              <w:spacing w:after="0"/>
            </w:pPr>
            <w:r>
              <w:rPr>
                <w:b/>
                <w:color w:val="404040"/>
                <w:sz w:val="19"/>
              </w:rPr>
              <w:t xml:space="preserve">Mission Statement </w:t>
            </w:r>
          </w:p>
        </w:tc>
        <w:tc>
          <w:tcPr>
            <w:tcW w:w="6768"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D402EE8" w14:textId="77777777" w:rsidR="002F2296" w:rsidRDefault="002F2296">
            <w:pPr>
              <w:spacing w:after="0"/>
            </w:pPr>
          </w:p>
        </w:tc>
      </w:tr>
    </w:tbl>
    <w:p w14:paraId="376E4378" w14:textId="77777777" w:rsidR="002F2296" w:rsidRDefault="002F2296">
      <w:pPr>
        <w:spacing w:after="80"/>
      </w:pPr>
    </w:p>
    <w:p w14:paraId="1C1F2F6F" w14:textId="77777777" w:rsidR="002F2296" w:rsidRDefault="008312BA">
      <w:pPr>
        <w:pStyle w:val="Heading1"/>
      </w:pPr>
      <w:bookmarkStart w:id="1" w:name="_Toc234570968"/>
      <w:r>
        <w:t>Academic Program Overview</w:t>
      </w:r>
      <w:bookmarkEnd w:id="1"/>
    </w:p>
    <w:tbl>
      <w:tblPr>
        <w:tblW w:w="0" w:type="auto"/>
        <w:jc w:val="center"/>
        <w:tblLayout w:type="fixed"/>
        <w:tblLook w:val="04A0" w:firstRow="1" w:lastRow="0" w:firstColumn="1" w:lastColumn="0" w:noHBand="0" w:noVBand="1"/>
      </w:tblPr>
      <w:tblGrid>
        <w:gridCol w:w="3312"/>
        <w:gridCol w:w="6768"/>
        <w:gridCol w:w="30"/>
      </w:tblGrid>
      <w:tr w:rsidR="002F2296" w14:paraId="7AEDEEA6" w14:textId="77777777">
        <w:trPr>
          <w:gridAfter w:val="1"/>
          <w:wAfter w:w="30" w:type="dxa"/>
          <w:jc w:val="center"/>
        </w:trPr>
        <w:tc>
          <w:tcPr>
            <w:tcW w:w="10080" w:type="dxa"/>
            <w:gridSpan w:val="2"/>
            <w:shd w:val="clear" w:color="auto" w:fill="F2F2F2"/>
            <w:tcMar>
              <w:top w:w="110" w:type="dxa"/>
              <w:left w:w="140" w:type="dxa"/>
              <w:bottom w:w="110" w:type="dxa"/>
              <w:right w:w="140" w:type="dxa"/>
            </w:tcMar>
          </w:tcPr>
          <w:p w14:paraId="736B6AD2" w14:textId="77777777" w:rsidR="002F2296" w:rsidRDefault="008312BA">
            <w:pPr>
              <w:spacing w:after="0"/>
            </w:pPr>
            <w:r>
              <w:rPr>
                <w:i/>
                <w:color w:val="404040"/>
                <w:sz w:val="18"/>
              </w:rPr>
              <w:t>Summarize noteworthy events, changes, accomplishments, or issues from the academic year. Include staffing information and credentials.</w:t>
            </w:r>
          </w:p>
        </w:tc>
      </w:tr>
      <w:tr w:rsidR="002F2296" w14:paraId="6B8F59C8" w14:textId="77777777">
        <w:trPr>
          <w:trHeight w:val="1224"/>
          <w:jc w:val="center"/>
        </w:trPr>
        <w:tc>
          <w:tcPr>
            <w:tcW w:w="3312"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4E959F5" w14:textId="59A9E9C8" w:rsidR="002F2296" w:rsidRDefault="008312BA">
            <w:pPr>
              <w:spacing w:after="0"/>
            </w:pPr>
            <w:r>
              <w:rPr>
                <w:b/>
                <w:color w:val="404040"/>
                <w:sz w:val="19"/>
              </w:rPr>
              <w:t xml:space="preserve">Noteworthy </w:t>
            </w:r>
            <w:r w:rsidR="00A440AE">
              <w:rPr>
                <w:b/>
                <w:color w:val="404040"/>
                <w:sz w:val="19"/>
              </w:rPr>
              <w:t>Highlights</w:t>
            </w:r>
            <w:r>
              <w:rPr>
                <w:b/>
                <w:color w:val="404040"/>
                <w:sz w:val="19"/>
              </w:rPr>
              <w:t xml:space="preserve"> / Changes</w:t>
            </w:r>
          </w:p>
        </w:tc>
        <w:tc>
          <w:tcPr>
            <w:tcW w:w="6768"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72CC506" w14:textId="77777777" w:rsidR="002F2296" w:rsidRDefault="002F2296">
            <w:pPr>
              <w:spacing w:after="0"/>
            </w:pPr>
          </w:p>
        </w:tc>
      </w:tr>
      <w:tr w:rsidR="002F2296" w14:paraId="6C48405D" w14:textId="77777777">
        <w:trPr>
          <w:trHeight w:val="1224"/>
          <w:jc w:val="center"/>
        </w:trPr>
        <w:tc>
          <w:tcPr>
            <w:tcW w:w="3312"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30AC114" w14:textId="77777777" w:rsidR="002F2296" w:rsidRDefault="008312BA">
            <w:pPr>
              <w:spacing w:after="0"/>
              <w:rPr>
                <w:b/>
                <w:color w:val="404040"/>
                <w:sz w:val="19"/>
              </w:rPr>
            </w:pPr>
            <w:r>
              <w:rPr>
                <w:b/>
                <w:color w:val="404040"/>
                <w:sz w:val="19"/>
              </w:rPr>
              <w:t>Staffing / Credentials</w:t>
            </w:r>
          </w:p>
          <w:p w14:paraId="75744F5B" w14:textId="1EDAB0EB" w:rsidR="00CB106F" w:rsidRPr="00CB106F" w:rsidRDefault="00CB106F">
            <w:pPr>
              <w:spacing w:after="0"/>
              <w:rPr>
                <w:bCs/>
                <w:i/>
                <w:iCs/>
              </w:rPr>
            </w:pPr>
            <w:r w:rsidRPr="00CB106F">
              <w:rPr>
                <w:bCs/>
                <w:i/>
                <w:iCs/>
                <w:color w:val="404040"/>
                <w:sz w:val="19"/>
              </w:rPr>
              <w:t>(do not include resumes)</w:t>
            </w:r>
          </w:p>
        </w:tc>
        <w:tc>
          <w:tcPr>
            <w:tcW w:w="6768"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A154016" w14:textId="77777777" w:rsidR="002F2296" w:rsidRDefault="002F2296">
            <w:pPr>
              <w:spacing w:after="0"/>
            </w:pPr>
          </w:p>
        </w:tc>
      </w:tr>
    </w:tbl>
    <w:p w14:paraId="2ADA2EB7" w14:textId="77777777" w:rsidR="002F2296" w:rsidRDefault="002F2296">
      <w:pPr>
        <w:spacing w:after="80"/>
      </w:pPr>
    </w:p>
    <w:p w14:paraId="0F3EF0EF" w14:textId="77777777" w:rsidR="002F2296" w:rsidRDefault="008312BA">
      <w:pPr>
        <w:pStyle w:val="Heading1"/>
      </w:pPr>
      <w:bookmarkStart w:id="2" w:name="_Toc234570969"/>
      <w:r>
        <w:t>S.W.O.T. Analysis</w:t>
      </w:r>
      <w:bookmarkEnd w:id="2"/>
    </w:p>
    <w:tbl>
      <w:tblPr>
        <w:tblW w:w="0" w:type="auto"/>
        <w:jc w:val="center"/>
        <w:tblLayout w:type="fixed"/>
        <w:tblLook w:val="04A0" w:firstRow="1" w:lastRow="0" w:firstColumn="1" w:lastColumn="0" w:noHBand="0" w:noVBand="1"/>
      </w:tblPr>
      <w:tblGrid>
        <w:gridCol w:w="2520"/>
        <w:gridCol w:w="7560"/>
        <w:gridCol w:w="30"/>
      </w:tblGrid>
      <w:tr w:rsidR="002F2296" w14:paraId="2FF053E1" w14:textId="77777777">
        <w:trPr>
          <w:gridAfter w:val="1"/>
          <w:wAfter w:w="30" w:type="dxa"/>
          <w:jc w:val="center"/>
        </w:trPr>
        <w:tc>
          <w:tcPr>
            <w:tcW w:w="10080" w:type="dxa"/>
            <w:gridSpan w:val="2"/>
            <w:shd w:val="clear" w:color="auto" w:fill="F2F2F2"/>
            <w:tcMar>
              <w:top w:w="110" w:type="dxa"/>
              <w:left w:w="140" w:type="dxa"/>
              <w:bottom w:w="110" w:type="dxa"/>
              <w:right w:w="140" w:type="dxa"/>
            </w:tcMar>
          </w:tcPr>
          <w:p w14:paraId="7CADBB1D" w14:textId="77777777" w:rsidR="002F2296" w:rsidRDefault="008312BA">
            <w:pPr>
              <w:spacing w:after="0"/>
            </w:pPr>
            <w:r>
              <w:rPr>
                <w:i/>
                <w:color w:val="404040"/>
                <w:sz w:val="18"/>
              </w:rPr>
              <w:t>Identify three items within each category.</w:t>
            </w:r>
          </w:p>
        </w:tc>
      </w:tr>
      <w:tr w:rsidR="002F2296" w14:paraId="7F427507" w14:textId="77777777">
        <w:trPr>
          <w:trHeight w:val="792"/>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1CE9A75" w14:textId="77777777" w:rsidR="002F2296" w:rsidRDefault="008312BA">
            <w:pPr>
              <w:spacing w:after="0"/>
            </w:pPr>
            <w:r>
              <w:rPr>
                <w:b/>
                <w:color w:val="404040"/>
                <w:sz w:val="19"/>
              </w:rPr>
              <w:t>Strengths</w:t>
            </w:r>
          </w:p>
        </w:tc>
        <w:tc>
          <w:tcPr>
            <w:tcW w:w="756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E084B6D" w14:textId="77777777" w:rsidR="002F2296" w:rsidRDefault="002F2296">
            <w:pPr>
              <w:spacing w:after="0"/>
            </w:pPr>
          </w:p>
        </w:tc>
      </w:tr>
      <w:tr w:rsidR="002F2296" w14:paraId="21523560" w14:textId="77777777">
        <w:trPr>
          <w:trHeight w:val="792"/>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39084FB" w14:textId="77777777" w:rsidR="002F2296" w:rsidRDefault="008312BA">
            <w:pPr>
              <w:spacing w:after="0"/>
            </w:pPr>
            <w:r>
              <w:rPr>
                <w:b/>
                <w:color w:val="404040"/>
                <w:sz w:val="19"/>
              </w:rPr>
              <w:t>Weaknesses</w:t>
            </w:r>
          </w:p>
        </w:tc>
        <w:tc>
          <w:tcPr>
            <w:tcW w:w="756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A4A5957" w14:textId="77777777" w:rsidR="002F2296" w:rsidRDefault="002F2296">
            <w:pPr>
              <w:spacing w:after="0"/>
            </w:pPr>
          </w:p>
        </w:tc>
      </w:tr>
      <w:tr w:rsidR="002F2296" w14:paraId="0F9E8D84" w14:textId="77777777">
        <w:trPr>
          <w:trHeight w:val="792"/>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9D66463" w14:textId="77777777" w:rsidR="002F2296" w:rsidRDefault="008312BA">
            <w:pPr>
              <w:spacing w:after="0"/>
            </w:pPr>
            <w:r>
              <w:rPr>
                <w:b/>
                <w:color w:val="404040"/>
                <w:sz w:val="19"/>
              </w:rPr>
              <w:t>Opportunities</w:t>
            </w:r>
          </w:p>
        </w:tc>
        <w:tc>
          <w:tcPr>
            <w:tcW w:w="756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0D612DD" w14:textId="77777777" w:rsidR="002F2296" w:rsidRDefault="002F2296">
            <w:pPr>
              <w:spacing w:after="0"/>
            </w:pPr>
          </w:p>
        </w:tc>
      </w:tr>
      <w:tr w:rsidR="002F2296" w14:paraId="2F9E650C" w14:textId="77777777">
        <w:trPr>
          <w:trHeight w:val="792"/>
          <w:jc w:val="center"/>
        </w:trPr>
        <w:tc>
          <w:tcPr>
            <w:tcW w:w="2520"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0A7C3A3" w14:textId="77777777" w:rsidR="002F2296" w:rsidRDefault="008312BA">
            <w:pPr>
              <w:spacing w:after="0"/>
            </w:pPr>
            <w:r>
              <w:rPr>
                <w:b/>
                <w:color w:val="404040"/>
                <w:sz w:val="19"/>
              </w:rPr>
              <w:t>Threats</w:t>
            </w:r>
          </w:p>
        </w:tc>
        <w:tc>
          <w:tcPr>
            <w:tcW w:w="7560"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F093761" w14:textId="77777777" w:rsidR="002F2296" w:rsidRDefault="002F2296">
            <w:pPr>
              <w:spacing w:after="0"/>
            </w:pPr>
          </w:p>
        </w:tc>
      </w:tr>
    </w:tbl>
    <w:p w14:paraId="6A974AE8" w14:textId="77777777" w:rsidR="002F2296" w:rsidRDefault="002F2296">
      <w:pPr>
        <w:spacing w:after="80"/>
      </w:pPr>
    </w:p>
    <w:p w14:paraId="4921A669" w14:textId="77777777" w:rsidR="002F2296" w:rsidRDefault="008312BA">
      <w:r>
        <w:br w:type="page"/>
      </w:r>
    </w:p>
    <w:p w14:paraId="2AF9D4DA" w14:textId="23679E87" w:rsidR="002F2296" w:rsidRDefault="008312BA">
      <w:pPr>
        <w:pStyle w:val="Heading1"/>
      </w:pPr>
      <w:bookmarkStart w:id="3" w:name="_Toc234570970"/>
      <w:r>
        <w:lastRenderedPageBreak/>
        <w:t>Institutional Goals</w:t>
      </w:r>
      <w:bookmarkEnd w:id="3"/>
    </w:p>
    <w:p w14:paraId="2188C63F" w14:textId="77777777" w:rsidR="00D56F0D" w:rsidRDefault="00D56F0D" w:rsidP="00D56F0D">
      <w:pPr>
        <w:keepNext/>
        <w:spacing w:after="20" w:line="240" w:lineRule="auto"/>
        <w:jc w:val="center"/>
      </w:pPr>
    </w:p>
    <w:p w14:paraId="1BBBB412" w14:textId="77777777" w:rsidR="00D56F0D" w:rsidRDefault="00D56F0D" w:rsidP="00D56F0D">
      <w:pPr>
        <w:keepNext/>
        <w:spacing w:after="0" w:line="20" w:lineRule="exact"/>
      </w:pPr>
    </w:p>
    <w:tbl>
      <w:tblPr>
        <w:tblW w:w="8172" w:type="dxa"/>
        <w:jc w:val="center"/>
        <w:tblLayout w:type="fixed"/>
        <w:tblLook w:val="04A0" w:firstRow="1" w:lastRow="0" w:firstColumn="1" w:lastColumn="0" w:noHBand="0" w:noVBand="1"/>
      </w:tblPr>
      <w:tblGrid>
        <w:gridCol w:w="720"/>
        <w:gridCol w:w="1325"/>
        <w:gridCol w:w="259"/>
        <w:gridCol w:w="5868"/>
      </w:tblGrid>
      <w:tr w:rsidR="00D56F0D" w14:paraId="561A1247" w14:textId="77777777" w:rsidTr="00D56F0D">
        <w:trPr>
          <w:cantSplit/>
          <w:trHeight w:hRule="exact" w:val="878"/>
          <w:jc w:val="center"/>
        </w:trPr>
        <w:tc>
          <w:tcPr>
            <w:tcW w:w="720" w:type="dxa"/>
            <w:tcBorders>
              <w:top w:val="nil"/>
              <w:left w:val="nil"/>
              <w:bottom w:val="nil"/>
              <w:right w:val="nil"/>
            </w:tcBorders>
            <w:shd w:val="clear" w:color="auto" w:fill="76B82A"/>
            <w:tcMar>
              <w:top w:w="0" w:type="dxa"/>
              <w:left w:w="0" w:type="dxa"/>
              <w:bottom w:w="0" w:type="dxa"/>
              <w:right w:w="0" w:type="dxa"/>
            </w:tcMar>
            <w:vAlign w:val="center"/>
          </w:tcPr>
          <w:p w14:paraId="0AF7E54B" w14:textId="77777777" w:rsidR="00D56F0D" w:rsidRDefault="00D56F0D" w:rsidP="00FC0B8C">
            <w:pPr>
              <w:keepLines/>
              <w:spacing w:after="0" w:line="228" w:lineRule="auto"/>
              <w:jc w:val="center"/>
            </w:pPr>
            <w:r>
              <w:rPr>
                <w:noProof/>
              </w:rPr>
              <w:drawing>
                <wp:inline distT="0" distB="0" distL="0" distR="0" wp14:anchorId="31CC01FB" wp14:editId="7A74D91D">
                  <wp:extent cx="429768" cy="4297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1.png"/>
                          <pic:cNvPicPr/>
                        </pic:nvPicPr>
                        <pic:blipFill>
                          <a:blip r:embed="rId9"/>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76B82A"/>
            <w:tcMar>
              <w:top w:w="0" w:type="dxa"/>
              <w:left w:w="0" w:type="dxa"/>
              <w:bottom w:w="0" w:type="dxa"/>
              <w:right w:w="0" w:type="dxa"/>
            </w:tcMar>
            <w:vAlign w:val="center"/>
          </w:tcPr>
          <w:p w14:paraId="63241E0C" w14:textId="77777777" w:rsidR="00D56F0D" w:rsidRDefault="00D56F0D" w:rsidP="00FC0B8C">
            <w:pPr>
              <w:keepLines/>
              <w:spacing w:after="0" w:line="228" w:lineRule="auto"/>
              <w:jc w:val="center"/>
            </w:pPr>
            <w:r>
              <w:rPr>
                <w:rFonts w:ascii="Arial" w:eastAsia="Arial" w:hAnsi="Arial"/>
                <w:b/>
                <w:color w:val="FFFFFF"/>
                <w:sz w:val="21"/>
              </w:rPr>
              <w:t>Goal I</w:t>
            </w:r>
          </w:p>
        </w:tc>
        <w:tc>
          <w:tcPr>
            <w:tcW w:w="259" w:type="dxa"/>
            <w:tcBorders>
              <w:top w:val="nil"/>
              <w:left w:val="nil"/>
              <w:bottom w:val="nil"/>
              <w:right w:val="nil"/>
            </w:tcBorders>
            <w:tcMar>
              <w:top w:w="0" w:type="dxa"/>
              <w:left w:w="0" w:type="dxa"/>
              <w:bottom w:w="0" w:type="dxa"/>
              <w:right w:w="0" w:type="dxa"/>
            </w:tcMar>
            <w:vAlign w:val="center"/>
          </w:tcPr>
          <w:p w14:paraId="7BA1AE36" w14:textId="77777777" w:rsidR="00D56F0D" w:rsidRDefault="00D56F0D" w:rsidP="00FC0B8C">
            <w:pPr>
              <w:keepLines/>
              <w:spacing w:after="0" w:line="228" w:lineRule="auto"/>
            </w:pPr>
            <w:r>
              <w:rPr>
                <w:noProof/>
              </w:rPr>
              <w:drawing>
                <wp:inline distT="0" distB="0" distL="0" distR="0" wp14:anchorId="6FBA330E" wp14:editId="5545944C">
                  <wp:extent cx="164592" cy="5577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1.png"/>
                          <pic:cNvPicPr/>
                        </pic:nvPicPr>
                        <pic:blipFill>
                          <a:blip r:embed="rId10"/>
                          <a:stretch>
                            <a:fillRect/>
                          </a:stretch>
                        </pic:blipFill>
                        <pic:spPr>
                          <a:xfrm>
                            <a:off x="0" y="0"/>
                            <a:ext cx="164592" cy="557784"/>
                          </a:xfrm>
                          <a:prstGeom prst="rect">
                            <a:avLst/>
                          </a:prstGeom>
                        </pic:spPr>
                      </pic:pic>
                    </a:graphicData>
                  </a:graphic>
                </wp:inline>
              </w:drawing>
            </w:r>
          </w:p>
        </w:tc>
        <w:tc>
          <w:tcPr>
            <w:tcW w:w="5868" w:type="dxa"/>
            <w:tcBorders>
              <w:top w:val="single" w:sz="10" w:space="0" w:color="C7C7C7"/>
              <w:left w:val="nil"/>
              <w:bottom w:val="single" w:sz="10" w:space="0" w:color="C7C7C7"/>
              <w:right w:val="single" w:sz="28" w:space="0" w:color="76B82A"/>
            </w:tcBorders>
            <w:shd w:val="clear" w:color="auto" w:fill="FFFFFF"/>
            <w:tcMar>
              <w:top w:w="18" w:type="dxa"/>
              <w:left w:w="85" w:type="dxa"/>
              <w:bottom w:w="18" w:type="dxa"/>
              <w:right w:w="65" w:type="dxa"/>
            </w:tcMar>
            <w:vAlign w:val="center"/>
          </w:tcPr>
          <w:p w14:paraId="04A5577D" w14:textId="77777777" w:rsidR="00D56F0D" w:rsidRPr="00D56F0D" w:rsidRDefault="00D56F0D" w:rsidP="00FC0B8C">
            <w:pPr>
              <w:keepLines/>
              <w:spacing w:after="0" w:line="228" w:lineRule="auto"/>
            </w:pPr>
            <w:r w:rsidRPr="00D56F0D">
              <w:rPr>
                <w:rFonts w:ascii="Arial" w:eastAsia="Arial" w:hAnsi="Arial"/>
                <w:color w:val="111111"/>
              </w:rPr>
              <w:t>Advance equitable student success and career readiness</w:t>
            </w:r>
          </w:p>
        </w:tc>
      </w:tr>
    </w:tbl>
    <w:p w14:paraId="413C0CA7" w14:textId="77777777" w:rsidR="00D56F0D" w:rsidRDefault="00D56F0D" w:rsidP="00D56F0D">
      <w:pPr>
        <w:keepNext/>
        <w:spacing w:after="0" w:line="40" w:lineRule="exact"/>
      </w:pPr>
      <w:r>
        <w:rPr>
          <w:rFonts w:ascii="Arial" w:eastAsia="Arial" w:hAnsi="Arial"/>
          <w:sz w:val="4"/>
        </w:rPr>
        <w:t xml:space="preserve"> </w:t>
      </w:r>
    </w:p>
    <w:tbl>
      <w:tblPr>
        <w:tblW w:w="8168" w:type="dxa"/>
        <w:jc w:val="center"/>
        <w:tblLayout w:type="fixed"/>
        <w:tblLook w:val="04A0" w:firstRow="1" w:lastRow="0" w:firstColumn="1" w:lastColumn="0" w:noHBand="0" w:noVBand="1"/>
      </w:tblPr>
      <w:tblGrid>
        <w:gridCol w:w="720"/>
        <w:gridCol w:w="1325"/>
        <w:gridCol w:w="259"/>
        <w:gridCol w:w="5864"/>
      </w:tblGrid>
      <w:tr w:rsidR="00D56F0D" w14:paraId="1C6980B7" w14:textId="77777777" w:rsidTr="00D56F0D">
        <w:trPr>
          <w:cantSplit/>
          <w:trHeight w:hRule="exact" w:val="878"/>
          <w:jc w:val="center"/>
        </w:trPr>
        <w:tc>
          <w:tcPr>
            <w:tcW w:w="720" w:type="dxa"/>
            <w:tcBorders>
              <w:top w:val="nil"/>
              <w:left w:val="nil"/>
              <w:bottom w:val="nil"/>
              <w:right w:val="nil"/>
            </w:tcBorders>
            <w:shd w:val="clear" w:color="auto" w:fill="F7B500"/>
            <w:tcMar>
              <w:top w:w="0" w:type="dxa"/>
              <w:left w:w="0" w:type="dxa"/>
              <w:bottom w:w="0" w:type="dxa"/>
              <w:right w:w="0" w:type="dxa"/>
            </w:tcMar>
            <w:vAlign w:val="center"/>
          </w:tcPr>
          <w:p w14:paraId="37BE3ADC" w14:textId="77777777" w:rsidR="00D56F0D" w:rsidRDefault="00D56F0D" w:rsidP="00FC0B8C">
            <w:pPr>
              <w:keepLines/>
              <w:spacing w:after="0" w:line="228" w:lineRule="auto"/>
              <w:jc w:val="center"/>
            </w:pPr>
            <w:r>
              <w:rPr>
                <w:noProof/>
              </w:rPr>
              <w:drawing>
                <wp:inline distT="0" distB="0" distL="0" distR="0" wp14:anchorId="69571D52" wp14:editId="4E0CBA57">
                  <wp:extent cx="429768" cy="4297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2.png"/>
                          <pic:cNvPicPr/>
                        </pic:nvPicPr>
                        <pic:blipFill>
                          <a:blip r:embed="rId11"/>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F7B500"/>
            <w:tcMar>
              <w:top w:w="0" w:type="dxa"/>
              <w:left w:w="0" w:type="dxa"/>
              <w:bottom w:w="0" w:type="dxa"/>
              <w:right w:w="0" w:type="dxa"/>
            </w:tcMar>
            <w:vAlign w:val="center"/>
          </w:tcPr>
          <w:p w14:paraId="17E4DBBF" w14:textId="77777777" w:rsidR="00D56F0D" w:rsidRDefault="00D56F0D" w:rsidP="00FC0B8C">
            <w:pPr>
              <w:keepLines/>
              <w:spacing w:after="0" w:line="228" w:lineRule="auto"/>
              <w:jc w:val="center"/>
            </w:pPr>
            <w:r>
              <w:rPr>
                <w:rFonts w:ascii="Arial" w:eastAsia="Arial" w:hAnsi="Arial"/>
                <w:b/>
                <w:color w:val="FFFFFF"/>
                <w:sz w:val="21"/>
              </w:rPr>
              <w:t>Goal II</w:t>
            </w:r>
          </w:p>
        </w:tc>
        <w:tc>
          <w:tcPr>
            <w:tcW w:w="259" w:type="dxa"/>
            <w:tcBorders>
              <w:top w:val="nil"/>
              <w:left w:val="nil"/>
              <w:bottom w:val="nil"/>
              <w:right w:val="nil"/>
            </w:tcBorders>
            <w:tcMar>
              <w:top w:w="0" w:type="dxa"/>
              <w:left w:w="0" w:type="dxa"/>
              <w:bottom w:w="0" w:type="dxa"/>
              <w:right w:w="0" w:type="dxa"/>
            </w:tcMar>
            <w:vAlign w:val="center"/>
          </w:tcPr>
          <w:p w14:paraId="41CEEF5A" w14:textId="77777777" w:rsidR="00D56F0D" w:rsidRDefault="00D56F0D" w:rsidP="00FC0B8C">
            <w:pPr>
              <w:keepLines/>
              <w:spacing w:after="0" w:line="228" w:lineRule="auto"/>
            </w:pPr>
            <w:r>
              <w:rPr>
                <w:noProof/>
              </w:rPr>
              <w:drawing>
                <wp:inline distT="0" distB="0" distL="0" distR="0" wp14:anchorId="5955767E" wp14:editId="3EAFA647">
                  <wp:extent cx="164592" cy="5577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2.png"/>
                          <pic:cNvPicPr/>
                        </pic:nvPicPr>
                        <pic:blipFill>
                          <a:blip r:embed="rId12"/>
                          <a:stretch>
                            <a:fillRect/>
                          </a:stretch>
                        </pic:blipFill>
                        <pic:spPr>
                          <a:xfrm>
                            <a:off x="0" y="0"/>
                            <a:ext cx="164592" cy="557784"/>
                          </a:xfrm>
                          <a:prstGeom prst="rect">
                            <a:avLst/>
                          </a:prstGeom>
                        </pic:spPr>
                      </pic:pic>
                    </a:graphicData>
                  </a:graphic>
                </wp:inline>
              </w:drawing>
            </w:r>
          </w:p>
        </w:tc>
        <w:tc>
          <w:tcPr>
            <w:tcW w:w="5864" w:type="dxa"/>
            <w:tcBorders>
              <w:top w:val="single" w:sz="10" w:space="0" w:color="C7C7C7"/>
              <w:left w:val="nil"/>
              <w:bottom w:val="single" w:sz="10" w:space="0" w:color="C7C7C7"/>
              <w:right w:val="single" w:sz="28" w:space="0" w:color="F7B500"/>
            </w:tcBorders>
            <w:shd w:val="clear" w:color="auto" w:fill="FFFFFF"/>
            <w:tcMar>
              <w:top w:w="18" w:type="dxa"/>
              <w:left w:w="85" w:type="dxa"/>
              <w:bottom w:w="18" w:type="dxa"/>
              <w:right w:w="65" w:type="dxa"/>
            </w:tcMar>
            <w:vAlign w:val="center"/>
          </w:tcPr>
          <w:p w14:paraId="3AC115AE" w14:textId="77777777" w:rsidR="00D56F0D" w:rsidRPr="00D56F0D" w:rsidRDefault="00D56F0D" w:rsidP="00FC0B8C">
            <w:pPr>
              <w:keepLines/>
              <w:spacing w:after="0" w:line="228" w:lineRule="auto"/>
              <w:rPr>
                <w:sz w:val="24"/>
                <w:szCs w:val="24"/>
              </w:rPr>
            </w:pPr>
            <w:r w:rsidRPr="00D56F0D">
              <w:rPr>
                <w:rFonts w:ascii="Arial" w:eastAsia="Arial" w:hAnsi="Arial"/>
                <w:color w:val="111111"/>
                <w:sz w:val="24"/>
                <w:szCs w:val="24"/>
              </w:rPr>
              <w:t>Ensure academic excellence and future-ready programs</w:t>
            </w:r>
          </w:p>
        </w:tc>
      </w:tr>
    </w:tbl>
    <w:p w14:paraId="167BB16B" w14:textId="77777777" w:rsidR="00D56F0D" w:rsidRDefault="00D56F0D" w:rsidP="00D56F0D">
      <w:pPr>
        <w:keepNext/>
        <w:spacing w:after="0" w:line="40" w:lineRule="exact"/>
      </w:pPr>
      <w:r>
        <w:rPr>
          <w:rFonts w:ascii="Arial" w:eastAsia="Arial" w:hAnsi="Arial"/>
          <w:sz w:val="4"/>
        </w:rPr>
        <w:t xml:space="preserve"> </w:t>
      </w:r>
    </w:p>
    <w:tbl>
      <w:tblPr>
        <w:tblW w:w="8196" w:type="dxa"/>
        <w:jc w:val="center"/>
        <w:tblLayout w:type="fixed"/>
        <w:tblLook w:val="04A0" w:firstRow="1" w:lastRow="0" w:firstColumn="1" w:lastColumn="0" w:noHBand="0" w:noVBand="1"/>
      </w:tblPr>
      <w:tblGrid>
        <w:gridCol w:w="720"/>
        <w:gridCol w:w="1325"/>
        <w:gridCol w:w="259"/>
        <w:gridCol w:w="5892"/>
      </w:tblGrid>
      <w:tr w:rsidR="00D56F0D" w14:paraId="49DFDC05" w14:textId="77777777" w:rsidTr="00D56F0D">
        <w:trPr>
          <w:cantSplit/>
          <w:trHeight w:hRule="exact" w:val="878"/>
          <w:jc w:val="center"/>
        </w:trPr>
        <w:tc>
          <w:tcPr>
            <w:tcW w:w="720" w:type="dxa"/>
            <w:tcBorders>
              <w:top w:val="nil"/>
              <w:left w:val="nil"/>
              <w:bottom w:val="nil"/>
              <w:right w:val="nil"/>
            </w:tcBorders>
            <w:shd w:val="clear" w:color="auto" w:fill="F58220"/>
            <w:tcMar>
              <w:top w:w="0" w:type="dxa"/>
              <w:left w:w="0" w:type="dxa"/>
              <w:bottom w:w="0" w:type="dxa"/>
              <w:right w:w="0" w:type="dxa"/>
            </w:tcMar>
            <w:vAlign w:val="center"/>
          </w:tcPr>
          <w:p w14:paraId="22520D8C" w14:textId="77777777" w:rsidR="00D56F0D" w:rsidRDefault="00D56F0D" w:rsidP="00FC0B8C">
            <w:pPr>
              <w:keepLines/>
              <w:spacing w:after="0" w:line="228" w:lineRule="auto"/>
              <w:jc w:val="center"/>
            </w:pPr>
            <w:r>
              <w:rPr>
                <w:noProof/>
              </w:rPr>
              <w:drawing>
                <wp:inline distT="0" distB="0" distL="0" distR="0" wp14:anchorId="738AB7D9" wp14:editId="2BBBF9AB">
                  <wp:extent cx="429768" cy="4297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3.png"/>
                          <pic:cNvPicPr/>
                        </pic:nvPicPr>
                        <pic:blipFill>
                          <a:blip r:embed="rId13"/>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F58220"/>
            <w:tcMar>
              <w:top w:w="0" w:type="dxa"/>
              <w:left w:w="0" w:type="dxa"/>
              <w:bottom w:w="0" w:type="dxa"/>
              <w:right w:w="0" w:type="dxa"/>
            </w:tcMar>
            <w:vAlign w:val="center"/>
          </w:tcPr>
          <w:p w14:paraId="40DE65C3" w14:textId="77777777" w:rsidR="00D56F0D" w:rsidRDefault="00D56F0D" w:rsidP="00FC0B8C">
            <w:pPr>
              <w:keepLines/>
              <w:spacing w:after="0" w:line="228" w:lineRule="auto"/>
              <w:jc w:val="center"/>
            </w:pPr>
            <w:r>
              <w:rPr>
                <w:rFonts w:ascii="Arial" w:eastAsia="Arial" w:hAnsi="Arial"/>
                <w:b/>
                <w:color w:val="FFFFFF"/>
                <w:sz w:val="21"/>
              </w:rPr>
              <w:t>Goal III</w:t>
            </w:r>
          </w:p>
        </w:tc>
        <w:tc>
          <w:tcPr>
            <w:tcW w:w="259" w:type="dxa"/>
            <w:tcBorders>
              <w:top w:val="nil"/>
              <w:left w:val="nil"/>
              <w:bottom w:val="nil"/>
              <w:right w:val="nil"/>
            </w:tcBorders>
            <w:tcMar>
              <w:top w:w="0" w:type="dxa"/>
              <w:left w:w="0" w:type="dxa"/>
              <w:bottom w:w="0" w:type="dxa"/>
              <w:right w:w="0" w:type="dxa"/>
            </w:tcMar>
            <w:vAlign w:val="center"/>
          </w:tcPr>
          <w:p w14:paraId="2EF2C2A2" w14:textId="77777777" w:rsidR="00D56F0D" w:rsidRDefault="00D56F0D" w:rsidP="00FC0B8C">
            <w:pPr>
              <w:keepLines/>
              <w:spacing w:after="0" w:line="228" w:lineRule="auto"/>
            </w:pPr>
            <w:r>
              <w:rPr>
                <w:noProof/>
              </w:rPr>
              <w:drawing>
                <wp:inline distT="0" distB="0" distL="0" distR="0" wp14:anchorId="6565D615" wp14:editId="0ED2CFFB">
                  <wp:extent cx="164592" cy="5577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3.png"/>
                          <pic:cNvPicPr/>
                        </pic:nvPicPr>
                        <pic:blipFill>
                          <a:blip r:embed="rId14"/>
                          <a:stretch>
                            <a:fillRect/>
                          </a:stretch>
                        </pic:blipFill>
                        <pic:spPr>
                          <a:xfrm>
                            <a:off x="0" y="0"/>
                            <a:ext cx="164592" cy="557784"/>
                          </a:xfrm>
                          <a:prstGeom prst="rect">
                            <a:avLst/>
                          </a:prstGeom>
                        </pic:spPr>
                      </pic:pic>
                    </a:graphicData>
                  </a:graphic>
                </wp:inline>
              </w:drawing>
            </w:r>
          </w:p>
        </w:tc>
        <w:tc>
          <w:tcPr>
            <w:tcW w:w="5892" w:type="dxa"/>
            <w:tcBorders>
              <w:top w:val="single" w:sz="10" w:space="0" w:color="C7C7C7"/>
              <w:left w:val="nil"/>
              <w:bottom w:val="single" w:sz="10" w:space="0" w:color="C7C7C7"/>
              <w:right w:val="single" w:sz="28" w:space="0" w:color="F58220"/>
            </w:tcBorders>
            <w:shd w:val="clear" w:color="auto" w:fill="FFFFFF"/>
            <w:tcMar>
              <w:top w:w="18" w:type="dxa"/>
              <w:left w:w="85" w:type="dxa"/>
              <w:bottom w:w="18" w:type="dxa"/>
              <w:right w:w="65" w:type="dxa"/>
            </w:tcMar>
            <w:vAlign w:val="center"/>
          </w:tcPr>
          <w:p w14:paraId="32217DB2" w14:textId="77777777" w:rsidR="00D56F0D" w:rsidRPr="00D56F0D" w:rsidRDefault="00D56F0D" w:rsidP="00FC0B8C">
            <w:pPr>
              <w:keepLines/>
              <w:spacing w:after="0" w:line="228" w:lineRule="auto"/>
              <w:rPr>
                <w:sz w:val="24"/>
                <w:szCs w:val="24"/>
              </w:rPr>
            </w:pPr>
            <w:r w:rsidRPr="00D56F0D">
              <w:rPr>
                <w:rFonts w:ascii="Arial" w:eastAsia="Arial" w:hAnsi="Arial"/>
                <w:color w:val="111111"/>
                <w:sz w:val="24"/>
                <w:szCs w:val="24"/>
              </w:rPr>
              <w:t>Strengthen regional impact through strategic partnerships</w:t>
            </w:r>
          </w:p>
        </w:tc>
      </w:tr>
    </w:tbl>
    <w:p w14:paraId="2C089B29" w14:textId="77777777" w:rsidR="00D56F0D" w:rsidRDefault="00D56F0D" w:rsidP="00D56F0D">
      <w:pPr>
        <w:keepNext/>
        <w:spacing w:after="0" w:line="40" w:lineRule="exact"/>
      </w:pPr>
      <w:r>
        <w:rPr>
          <w:rFonts w:ascii="Arial" w:eastAsia="Arial" w:hAnsi="Arial"/>
          <w:sz w:val="4"/>
        </w:rPr>
        <w:t xml:space="preserve"> </w:t>
      </w:r>
    </w:p>
    <w:tbl>
      <w:tblPr>
        <w:tblW w:w="8190" w:type="dxa"/>
        <w:jc w:val="center"/>
        <w:tblLayout w:type="fixed"/>
        <w:tblLook w:val="04A0" w:firstRow="1" w:lastRow="0" w:firstColumn="1" w:lastColumn="0" w:noHBand="0" w:noVBand="1"/>
      </w:tblPr>
      <w:tblGrid>
        <w:gridCol w:w="720"/>
        <w:gridCol w:w="1325"/>
        <w:gridCol w:w="259"/>
        <w:gridCol w:w="5886"/>
      </w:tblGrid>
      <w:tr w:rsidR="00D56F0D" w14:paraId="0E3C13B0" w14:textId="77777777" w:rsidTr="00D56F0D">
        <w:trPr>
          <w:cantSplit/>
          <w:trHeight w:hRule="exact" w:val="878"/>
          <w:jc w:val="center"/>
        </w:trPr>
        <w:tc>
          <w:tcPr>
            <w:tcW w:w="720" w:type="dxa"/>
            <w:tcBorders>
              <w:top w:val="nil"/>
              <w:left w:val="nil"/>
              <w:bottom w:val="nil"/>
              <w:right w:val="nil"/>
            </w:tcBorders>
            <w:shd w:val="clear" w:color="auto" w:fill="2D7EA4"/>
            <w:tcMar>
              <w:top w:w="0" w:type="dxa"/>
              <w:left w:w="0" w:type="dxa"/>
              <w:bottom w:w="0" w:type="dxa"/>
              <w:right w:w="0" w:type="dxa"/>
            </w:tcMar>
            <w:vAlign w:val="center"/>
          </w:tcPr>
          <w:p w14:paraId="61354A96" w14:textId="77777777" w:rsidR="00D56F0D" w:rsidRDefault="00D56F0D" w:rsidP="00FC0B8C">
            <w:pPr>
              <w:keepLines/>
              <w:spacing w:after="0" w:line="228" w:lineRule="auto"/>
              <w:jc w:val="center"/>
            </w:pPr>
            <w:r>
              <w:rPr>
                <w:noProof/>
              </w:rPr>
              <w:drawing>
                <wp:inline distT="0" distB="0" distL="0" distR="0" wp14:anchorId="48817652" wp14:editId="29A51317">
                  <wp:extent cx="429768" cy="4297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4.png"/>
                          <pic:cNvPicPr/>
                        </pic:nvPicPr>
                        <pic:blipFill>
                          <a:blip r:embed="rId15"/>
                          <a:stretch>
                            <a:fillRect/>
                          </a:stretch>
                        </pic:blipFill>
                        <pic:spPr>
                          <a:xfrm>
                            <a:off x="0" y="0"/>
                            <a:ext cx="429768" cy="429768"/>
                          </a:xfrm>
                          <a:prstGeom prst="rect">
                            <a:avLst/>
                          </a:prstGeom>
                        </pic:spPr>
                      </pic:pic>
                    </a:graphicData>
                  </a:graphic>
                </wp:inline>
              </w:drawing>
            </w:r>
          </w:p>
        </w:tc>
        <w:tc>
          <w:tcPr>
            <w:tcW w:w="1325" w:type="dxa"/>
            <w:tcBorders>
              <w:top w:val="nil"/>
              <w:left w:val="nil"/>
              <w:bottom w:val="nil"/>
              <w:right w:val="nil"/>
            </w:tcBorders>
            <w:shd w:val="clear" w:color="auto" w:fill="2D7EA4"/>
            <w:tcMar>
              <w:top w:w="0" w:type="dxa"/>
              <w:left w:w="0" w:type="dxa"/>
              <w:bottom w:w="0" w:type="dxa"/>
              <w:right w:w="0" w:type="dxa"/>
            </w:tcMar>
            <w:vAlign w:val="center"/>
          </w:tcPr>
          <w:p w14:paraId="547B3C66" w14:textId="77777777" w:rsidR="00D56F0D" w:rsidRDefault="00D56F0D" w:rsidP="00FC0B8C">
            <w:pPr>
              <w:keepLines/>
              <w:spacing w:after="0" w:line="228" w:lineRule="auto"/>
              <w:jc w:val="center"/>
            </w:pPr>
            <w:r>
              <w:rPr>
                <w:rFonts w:ascii="Arial" w:eastAsia="Arial" w:hAnsi="Arial"/>
                <w:b/>
                <w:color w:val="FFFFFF"/>
                <w:sz w:val="21"/>
              </w:rPr>
              <w:t>Goal IV</w:t>
            </w:r>
          </w:p>
        </w:tc>
        <w:tc>
          <w:tcPr>
            <w:tcW w:w="259" w:type="dxa"/>
            <w:tcBorders>
              <w:top w:val="nil"/>
              <w:left w:val="nil"/>
              <w:bottom w:val="nil"/>
              <w:right w:val="nil"/>
            </w:tcBorders>
            <w:tcMar>
              <w:top w:w="0" w:type="dxa"/>
              <w:left w:w="0" w:type="dxa"/>
              <w:bottom w:w="0" w:type="dxa"/>
              <w:right w:w="0" w:type="dxa"/>
            </w:tcMar>
            <w:vAlign w:val="center"/>
          </w:tcPr>
          <w:p w14:paraId="16C90214" w14:textId="77777777" w:rsidR="00D56F0D" w:rsidRDefault="00D56F0D" w:rsidP="00FC0B8C">
            <w:pPr>
              <w:keepLines/>
              <w:spacing w:after="0" w:line="228" w:lineRule="auto"/>
            </w:pPr>
            <w:r>
              <w:rPr>
                <w:noProof/>
              </w:rPr>
              <w:drawing>
                <wp:inline distT="0" distB="0" distL="0" distR="0" wp14:anchorId="3CDA1107" wp14:editId="14CC11D0">
                  <wp:extent cx="164592" cy="55778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_4.png"/>
                          <pic:cNvPicPr/>
                        </pic:nvPicPr>
                        <pic:blipFill>
                          <a:blip r:embed="rId16"/>
                          <a:stretch>
                            <a:fillRect/>
                          </a:stretch>
                        </pic:blipFill>
                        <pic:spPr>
                          <a:xfrm>
                            <a:off x="0" y="0"/>
                            <a:ext cx="164592" cy="557784"/>
                          </a:xfrm>
                          <a:prstGeom prst="rect">
                            <a:avLst/>
                          </a:prstGeom>
                        </pic:spPr>
                      </pic:pic>
                    </a:graphicData>
                  </a:graphic>
                </wp:inline>
              </w:drawing>
            </w:r>
          </w:p>
        </w:tc>
        <w:tc>
          <w:tcPr>
            <w:tcW w:w="5886" w:type="dxa"/>
            <w:tcBorders>
              <w:top w:val="single" w:sz="10" w:space="0" w:color="C7C7C7"/>
              <w:left w:val="nil"/>
              <w:bottom w:val="single" w:sz="10" w:space="0" w:color="C7C7C7"/>
              <w:right w:val="single" w:sz="28" w:space="0" w:color="2D7EA4"/>
            </w:tcBorders>
            <w:shd w:val="clear" w:color="auto" w:fill="FFFFFF"/>
            <w:tcMar>
              <w:top w:w="18" w:type="dxa"/>
              <w:left w:w="85" w:type="dxa"/>
              <w:bottom w:w="18" w:type="dxa"/>
              <w:right w:w="65" w:type="dxa"/>
            </w:tcMar>
            <w:vAlign w:val="center"/>
          </w:tcPr>
          <w:p w14:paraId="386177C2" w14:textId="77777777" w:rsidR="00D56F0D" w:rsidRPr="00D56F0D" w:rsidRDefault="00D56F0D" w:rsidP="00FC0B8C">
            <w:pPr>
              <w:keepLines/>
              <w:spacing w:after="0" w:line="228" w:lineRule="auto"/>
              <w:rPr>
                <w:sz w:val="24"/>
                <w:szCs w:val="24"/>
              </w:rPr>
            </w:pPr>
            <w:r w:rsidRPr="00D56F0D">
              <w:rPr>
                <w:rFonts w:ascii="Arial" w:eastAsia="Arial" w:hAnsi="Arial"/>
                <w:color w:val="111111"/>
                <w:sz w:val="24"/>
                <w:szCs w:val="24"/>
              </w:rPr>
              <w:t>Strengthen institutional sustainability and stewardship</w:t>
            </w:r>
          </w:p>
        </w:tc>
      </w:tr>
    </w:tbl>
    <w:p w14:paraId="401731E1" w14:textId="77777777" w:rsidR="00F8648D" w:rsidRDefault="00F8648D" w:rsidP="00F8648D"/>
    <w:p w14:paraId="29B41D01" w14:textId="77777777" w:rsidR="00F8648D" w:rsidRPr="00F8648D" w:rsidRDefault="00F8648D" w:rsidP="00F8648D">
      <w:pPr>
        <w:rPr>
          <w:b/>
          <w:bCs/>
          <w:color w:val="1F497D" w:themeColor="text2"/>
          <w:sz w:val="32"/>
          <w:szCs w:val="32"/>
        </w:rPr>
      </w:pPr>
    </w:p>
    <w:p w14:paraId="5DDA10E8" w14:textId="198F4E1B" w:rsidR="002F2296" w:rsidRPr="00F8648D" w:rsidRDefault="008312BA" w:rsidP="00F8648D">
      <w:pPr>
        <w:rPr>
          <w:rFonts w:asciiTheme="majorHAnsi" w:hAnsiTheme="majorHAnsi" w:cstheme="majorHAnsi"/>
          <w:b/>
          <w:bCs/>
          <w:color w:val="1F497D" w:themeColor="text2"/>
          <w:sz w:val="32"/>
          <w:szCs w:val="32"/>
        </w:rPr>
      </w:pPr>
      <w:r w:rsidRPr="00F8648D">
        <w:rPr>
          <w:rFonts w:asciiTheme="majorHAnsi" w:hAnsiTheme="majorHAnsi" w:cstheme="majorHAnsi"/>
          <w:b/>
          <w:bCs/>
          <w:color w:val="1F497D" w:themeColor="text2"/>
          <w:sz w:val="32"/>
          <w:szCs w:val="32"/>
        </w:rPr>
        <w:t>Previous Year Goal Results and Action Plan</w:t>
      </w:r>
    </w:p>
    <w:tbl>
      <w:tblPr>
        <w:tblW w:w="0" w:type="auto"/>
        <w:jc w:val="center"/>
        <w:tblLayout w:type="fixed"/>
        <w:tblLook w:val="04A0" w:firstRow="1" w:lastRow="0" w:firstColumn="1" w:lastColumn="0" w:noHBand="0" w:noVBand="1"/>
      </w:tblPr>
      <w:tblGrid>
        <w:gridCol w:w="2664"/>
        <w:gridCol w:w="7416"/>
        <w:gridCol w:w="32"/>
      </w:tblGrid>
      <w:tr w:rsidR="002F2296" w14:paraId="2A964FE9" w14:textId="77777777">
        <w:trPr>
          <w:gridAfter w:val="1"/>
          <w:wAfter w:w="32" w:type="dxa"/>
          <w:jc w:val="center"/>
        </w:trPr>
        <w:tc>
          <w:tcPr>
            <w:tcW w:w="10080" w:type="dxa"/>
            <w:gridSpan w:val="2"/>
            <w:shd w:val="clear" w:color="auto" w:fill="F2F2F2"/>
            <w:tcMar>
              <w:top w:w="110" w:type="dxa"/>
              <w:left w:w="140" w:type="dxa"/>
              <w:bottom w:w="110" w:type="dxa"/>
              <w:right w:w="140" w:type="dxa"/>
            </w:tcMar>
          </w:tcPr>
          <w:p w14:paraId="11C76C66" w14:textId="770AE48F" w:rsidR="002F2296" w:rsidRDefault="00144E9E">
            <w:pPr>
              <w:spacing w:after="0"/>
            </w:pPr>
            <w:r>
              <w:rPr>
                <w:i/>
                <w:color w:val="404040"/>
                <w:sz w:val="18"/>
              </w:rPr>
              <w:t>Insert</w:t>
            </w:r>
            <w:r w:rsidR="008312BA">
              <w:rPr>
                <w:i/>
                <w:color w:val="404040"/>
                <w:sz w:val="18"/>
              </w:rPr>
              <w:t xml:space="preserve"> the prior year’s goals into this section. Explain how each program goal tied to an institutional goal, then add the current results and action plan. Use terms such as continue, not met, improve by, or completed as appropriate.</w:t>
            </w:r>
          </w:p>
        </w:tc>
      </w:tr>
      <w:tr w:rsidR="002F2296" w14:paraId="68CC658A" w14:textId="77777777">
        <w:trPr>
          <w:trHeight w:val="403"/>
          <w:jc w:val="center"/>
        </w:trPr>
        <w:tc>
          <w:tcPr>
            <w:tcW w:w="0" w:type="dxa"/>
            <w:gridSpan w:val="3"/>
            <w:tcBorders>
              <w:top w:val="single" w:sz="6" w:space="0" w:color="BFBFBF"/>
              <w:left w:val="single" w:sz="6" w:space="0" w:color="BFBFBF"/>
              <w:bottom w:val="single" w:sz="6" w:space="0" w:color="BFBFBF"/>
              <w:right w:val="single" w:sz="6" w:space="0" w:color="BFBFBF"/>
            </w:tcBorders>
            <w:shd w:val="clear" w:color="auto" w:fill="1F4E79"/>
          </w:tcPr>
          <w:p w14:paraId="638462BA" w14:textId="77777777" w:rsidR="002F2296" w:rsidRDefault="008312BA">
            <w:pPr>
              <w:spacing w:after="0"/>
            </w:pPr>
            <w:r>
              <w:rPr>
                <w:b/>
                <w:color w:val="FFFFFF"/>
                <w:sz w:val="21"/>
              </w:rPr>
              <w:t>1. Goal</w:t>
            </w:r>
          </w:p>
        </w:tc>
      </w:tr>
      <w:tr w:rsidR="002F2296" w14:paraId="4D03B5B8"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4605586" w14:textId="77777777" w:rsidR="002F2296" w:rsidRDefault="008312BA">
            <w:pPr>
              <w:spacing w:after="0"/>
            </w:pPr>
            <w:r>
              <w:rPr>
                <w:b/>
                <w:color w:val="404040"/>
                <w:sz w:val="19"/>
              </w:rPr>
              <w:t>Institutional Goal</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EBDA8DA" w14:textId="77777777" w:rsidR="002F2296" w:rsidRDefault="002F2296">
            <w:pPr>
              <w:spacing w:after="0"/>
            </w:pPr>
          </w:p>
        </w:tc>
      </w:tr>
      <w:tr w:rsidR="002F2296" w14:paraId="2343F6A9"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25F3DDF" w14:textId="77777777" w:rsidR="002F2296" w:rsidRDefault="008312BA">
            <w:pPr>
              <w:spacing w:after="0"/>
            </w:pPr>
            <w:r>
              <w:rPr>
                <w:b/>
                <w:color w:val="404040"/>
                <w:sz w:val="19"/>
              </w:rPr>
              <w:t>Program Goal</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AD54850" w14:textId="77777777" w:rsidR="002F2296" w:rsidRDefault="002F2296">
            <w:pPr>
              <w:spacing w:after="0"/>
            </w:pPr>
          </w:p>
        </w:tc>
      </w:tr>
      <w:tr w:rsidR="002F2296" w14:paraId="274037D0"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15A83D2" w14:textId="77777777" w:rsidR="002F2296" w:rsidRDefault="008312BA">
            <w:pPr>
              <w:spacing w:after="0"/>
            </w:pPr>
            <w:r>
              <w:rPr>
                <w:b/>
                <w:color w:val="404040"/>
                <w:sz w:val="19"/>
              </w:rPr>
              <w:t>Objective</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87FBB47" w14:textId="77777777" w:rsidR="002F2296" w:rsidRDefault="002F2296">
            <w:pPr>
              <w:spacing w:after="0"/>
            </w:pPr>
          </w:p>
        </w:tc>
      </w:tr>
      <w:tr w:rsidR="002F2296" w14:paraId="1AE389FF"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5A9DB33" w14:textId="77777777" w:rsidR="002F2296" w:rsidRDefault="008312BA">
            <w:pPr>
              <w:spacing w:after="0"/>
            </w:pPr>
            <w:r>
              <w:rPr>
                <w:b/>
                <w:color w:val="404040"/>
                <w:sz w:val="19"/>
              </w:rPr>
              <w:t>Measurement</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04B114D" w14:textId="77777777" w:rsidR="002F2296" w:rsidRDefault="002F2296">
            <w:pPr>
              <w:spacing w:after="0"/>
            </w:pPr>
          </w:p>
        </w:tc>
      </w:tr>
      <w:tr w:rsidR="002F2296" w14:paraId="15110D37" w14:textId="77777777">
        <w:trPr>
          <w:trHeight w:val="634"/>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631B901" w14:textId="77777777" w:rsidR="002F2296" w:rsidRDefault="008312BA">
            <w:pPr>
              <w:spacing w:after="0"/>
            </w:pPr>
            <w:r>
              <w:rPr>
                <w:b/>
                <w:color w:val="404040"/>
                <w:sz w:val="19"/>
              </w:rPr>
              <w:t>Resources Needed</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C932C22" w14:textId="77777777" w:rsidR="002F2296" w:rsidRDefault="002F2296">
            <w:pPr>
              <w:spacing w:after="0"/>
            </w:pPr>
          </w:p>
        </w:tc>
      </w:tr>
      <w:tr w:rsidR="002F2296" w14:paraId="6D64DE80"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A34A9EE" w14:textId="77777777" w:rsidR="002F2296" w:rsidRDefault="008312BA">
            <w:pPr>
              <w:spacing w:after="0"/>
            </w:pPr>
            <w:r>
              <w:rPr>
                <w:b/>
                <w:color w:val="404040"/>
                <w:sz w:val="19"/>
              </w:rPr>
              <w:t>Results</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167FD14" w14:textId="77777777" w:rsidR="002F2296" w:rsidRDefault="002F2296">
            <w:pPr>
              <w:spacing w:after="0"/>
            </w:pPr>
          </w:p>
        </w:tc>
      </w:tr>
      <w:tr w:rsidR="002F2296" w14:paraId="5308BAD9" w14:textId="77777777">
        <w:trPr>
          <w:trHeight w:val="83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1B8C677" w14:textId="77777777" w:rsidR="002F2296" w:rsidRDefault="008312BA">
            <w:pPr>
              <w:spacing w:after="0"/>
            </w:pPr>
            <w:r>
              <w:rPr>
                <w:b/>
                <w:color w:val="404040"/>
                <w:sz w:val="19"/>
              </w:rPr>
              <w:t>Action Plan</w:t>
            </w:r>
          </w:p>
        </w:tc>
        <w:tc>
          <w:tcPr>
            <w:tcW w:w="741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8A2A7B6" w14:textId="77777777" w:rsidR="002F2296" w:rsidRDefault="002F2296">
            <w:pPr>
              <w:spacing w:after="0"/>
            </w:pPr>
          </w:p>
        </w:tc>
      </w:tr>
    </w:tbl>
    <w:p w14:paraId="10F4E67C" w14:textId="77777777" w:rsidR="002F2296" w:rsidRDefault="002F2296">
      <w:pPr>
        <w:spacing w:after="80"/>
      </w:pPr>
    </w:p>
    <w:tbl>
      <w:tblPr>
        <w:tblW w:w="0" w:type="auto"/>
        <w:jc w:val="center"/>
        <w:tblLayout w:type="fixed"/>
        <w:tblLook w:val="04A0" w:firstRow="1" w:lastRow="0" w:firstColumn="1" w:lastColumn="0" w:noHBand="0" w:noVBand="1"/>
      </w:tblPr>
      <w:tblGrid>
        <w:gridCol w:w="2664"/>
        <w:gridCol w:w="7416"/>
      </w:tblGrid>
      <w:tr w:rsidR="002F2296" w14:paraId="3435B362" w14:textId="77777777" w:rsidTr="00144E9E">
        <w:trPr>
          <w:trHeight w:val="403"/>
          <w:jc w:val="center"/>
        </w:trPr>
        <w:tc>
          <w:tcPr>
            <w:tcW w:w="10080" w:type="dxa"/>
            <w:gridSpan w:val="2"/>
            <w:tcBorders>
              <w:top w:val="single" w:sz="6" w:space="0" w:color="BFBFBF"/>
              <w:left w:val="single" w:sz="6" w:space="0" w:color="BFBFBF"/>
              <w:bottom w:val="single" w:sz="6" w:space="0" w:color="BFBFBF"/>
              <w:right w:val="single" w:sz="6" w:space="0" w:color="BFBFBF"/>
            </w:tcBorders>
            <w:shd w:val="clear" w:color="auto" w:fill="1F4E79"/>
          </w:tcPr>
          <w:p w14:paraId="52C03ECA" w14:textId="77777777" w:rsidR="002F2296" w:rsidRDefault="008312BA">
            <w:pPr>
              <w:spacing w:after="0"/>
            </w:pPr>
            <w:r>
              <w:rPr>
                <w:b/>
                <w:color w:val="FFFFFF"/>
                <w:sz w:val="21"/>
              </w:rPr>
              <w:t>2. Goal</w:t>
            </w:r>
          </w:p>
        </w:tc>
      </w:tr>
      <w:tr w:rsidR="002F2296" w14:paraId="0DA0340A"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B2F94F1" w14:textId="77777777" w:rsidR="002F2296" w:rsidRDefault="008312BA">
            <w:pPr>
              <w:spacing w:after="0"/>
            </w:pPr>
            <w:r>
              <w:rPr>
                <w:b/>
                <w:color w:val="404040"/>
                <w:sz w:val="19"/>
              </w:rPr>
              <w:t>Institutional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B7188F7" w14:textId="77777777" w:rsidR="002F2296" w:rsidRDefault="002F2296">
            <w:pPr>
              <w:spacing w:after="0"/>
            </w:pPr>
          </w:p>
        </w:tc>
      </w:tr>
      <w:tr w:rsidR="002F2296" w14:paraId="7C3D5800"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5F921F9" w14:textId="77777777" w:rsidR="002F2296" w:rsidRDefault="008312BA">
            <w:pPr>
              <w:spacing w:after="0"/>
            </w:pPr>
            <w:r>
              <w:rPr>
                <w:b/>
                <w:color w:val="404040"/>
                <w:sz w:val="19"/>
              </w:rPr>
              <w:t>Program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1992C17" w14:textId="77777777" w:rsidR="002F2296" w:rsidRDefault="002F2296">
            <w:pPr>
              <w:spacing w:after="0"/>
            </w:pPr>
          </w:p>
        </w:tc>
      </w:tr>
      <w:tr w:rsidR="002F2296" w14:paraId="34E5AF3B"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865FC8C" w14:textId="77777777" w:rsidR="002F2296" w:rsidRDefault="008312BA">
            <w:pPr>
              <w:spacing w:after="0"/>
            </w:pPr>
            <w:r>
              <w:rPr>
                <w:b/>
                <w:color w:val="404040"/>
                <w:sz w:val="19"/>
              </w:rPr>
              <w:t>Objective</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B966D23" w14:textId="77777777" w:rsidR="002F2296" w:rsidRDefault="002F2296">
            <w:pPr>
              <w:spacing w:after="0"/>
            </w:pPr>
          </w:p>
        </w:tc>
      </w:tr>
      <w:tr w:rsidR="002F2296" w14:paraId="6B2CED16"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A804A44" w14:textId="77777777" w:rsidR="002F2296" w:rsidRDefault="008312BA">
            <w:pPr>
              <w:spacing w:after="0"/>
            </w:pPr>
            <w:r>
              <w:rPr>
                <w:b/>
                <w:color w:val="404040"/>
                <w:sz w:val="19"/>
              </w:rPr>
              <w:t>Measurement</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6ADF8C1" w14:textId="77777777" w:rsidR="002F2296" w:rsidRDefault="002F2296">
            <w:pPr>
              <w:spacing w:after="0"/>
            </w:pPr>
          </w:p>
        </w:tc>
      </w:tr>
      <w:tr w:rsidR="002F2296" w14:paraId="75C77A52" w14:textId="77777777">
        <w:trPr>
          <w:trHeight w:val="634"/>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5905131" w14:textId="77777777" w:rsidR="002F2296" w:rsidRDefault="008312BA">
            <w:pPr>
              <w:spacing w:after="0"/>
            </w:pPr>
            <w:r>
              <w:rPr>
                <w:b/>
                <w:color w:val="404040"/>
                <w:sz w:val="19"/>
              </w:rPr>
              <w:t>Resources Needed</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C87835D" w14:textId="77777777" w:rsidR="002F2296" w:rsidRDefault="002F2296">
            <w:pPr>
              <w:spacing w:after="0"/>
            </w:pPr>
          </w:p>
        </w:tc>
      </w:tr>
      <w:tr w:rsidR="002F2296" w14:paraId="523E47ED"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0AC9F98" w14:textId="77777777" w:rsidR="002F2296" w:rsidRDefault="008312BA">
            <w:pPr>
              <w:spacing w:after="0"/>
            </w:pPr>
            <w:r>
              <w:rPr>
                <w:b/>
                <w:color w:val="404040"/>
                <w:sz w:val="19"/>
              </w:rPr>
              <w:t>Results</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9732ACF" w14:textId="77777777" w:rsidR="002F2296" w:rsidRDefault="002F2296">
            <w:pPr>
              <w:spacing w:after="0"/>
            </w:pPr>
          </w:p>
        </w:tc>
      </w:tr>
      <w:tr w:rsidR="002F2296" w14:paraId="3483FD32" w14:textId="77777777">
        <w:trPr>
          <w:trHeight w:val="83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A5A36B9" w14:textId="77777777" w:rsidR="002F2296" w:rsidRDefault="008312BA">
            <w:pPr>
              <w:spacing w:after="0"/>
            </w:pPr>
            <w:r>
              <w:rPr>
                <w:b/>
                <w:color w:val="404040"/>
                <w:sz w:val="19"/>
              </w:rPr>
              <w:t>Action Plan</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1F23911" w14:textId="77777777" w:rsidR="002F2296" w:rsidRDefault="002F2296">
            <w:pPr>
              <w:spacing w:after="0"/>
            </w:pPr>
          </w:p>
        </w:tc>
      </w:tr>
    </w:tbl>
    <w:tbl>
      <w:tblPr>
        <w:tblpPr w:leftFromText="180" w:rightFromText="180" w:vertAnchor="text" w:horzAnchor="margin" w:tblpX="108" w:tblpY="244"/>
        <w:tblW w:w="0" w:type="auto"/>
        <w:tblLayout w:type="fixed"/>
        <w:tblLook w:val="04A0" w:firstRow="1" w:lastRow="0" w:firstColumn="1" w:lastColumn="0" w:noHBand="0" w:noVBand="1"/>
      </w:tblPr>
      <w:tblGrid>
        <w:gridCol w:w="2556"/>
        <w:gridCol w:w="7542"/>
      </w:tblGrid>
      <w:tr w:rsidR="006B79B8" w14:paraId="6A28D0BF" w14:textId="77777777" w:rsidTr="006B79B8">
        <w:trPr>
          <w:trHeight w:val="403"/>
        </w:trPr>
        <w:tc>
          <w:tcPr>
            <w:tcW w:w="10098" w:type="dxa"/>
            <w:gridSpan w:val="2"/>
            <w:tcBorders>
              <w:top w:val="single" w:sz="6" w:space="0" w:color="BFBFBF"/>
              <w:left w:val="single" w:sz="6" w:space="0" w:color="BFBFBF"/>
              <w:bottom w:val="single" w:sz="6" w:space="0" w:color="BFBFBF"/>
              <w:right w:val="single" w:sz="6" w:space="0" w:color="BFBFBF"/>
            </w:tcBorders>
            <w:shd w:val="clear" w:color="auto" w:fill="1F4E79"/>
          </w:tcPr>
          <w:p w14:paraId="5C4F52D0" w14:textId="77777777" w:rsidR="006B79B8" w:rsidRDefault="006B79B8" w:rsidP="006B79B8">
            <w:pPr>
              <w:spacing w:after="0"/>
            </w:pPr>
            <w:r>
              <w:rPr>
                <w:b/>
                <w:color w:val="FFFFFF"/>
                <w:sz w:val="21"/>
              </w:rPr>
              <w:t>3. Goal</w:t>
            </w:r>
          </w:p>
        </w:tc>
      </w:tr>
      <w:tr w:rsidR="006B79B8" w14:paraId="4C446443" w14:textId="77777777" w:rsidTr="006B79B8">
        <w:trPr>
          <w:trHeight w:val="490"/>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ADD31C3" w14:textId="77777777" w:rsidR="006B79B8" w:rsidRDefault="006B79B8" w:rsidP="006B79B8">
            <w:pPr>
              <w:spacing w:after="0"/>
            </w:pPr>
            <w:r>
              <w:rPr>
                <w:b/>
                <w:color w:val="404040"/>
                <w:sz w:val="19"/>
              </w:rPr>
              <w:t>Institutional Goal</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2CAE1C7" w14:textId="77777777" w:rsidR="006B79B8" w:rsidRDefault="006B79B8" w:rsidP="006B79B8">
            <w:pPr>
              <w:spacing w:after="0"/>
            </w:pPr>
          </w:p>
        </w:tc>
      </w:tr>
      <w:tr w:rsidR="006B79B8" w14:paraId="2E4B7C16" w14:textId="77777777" w:rsidTr="006B79B8">
        <w:trPr>
          <w:trHeight w:val="490"/>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6C7376D" w14:textId="77777777" w:rsidR="006B79B8" w:rsidRDefault="006B79B8" w:rsidP="006B79B8">
            <w:pPr>
              <w:spacing w:after="0"/>
            </w:pPr>
            <w:r>
              <w:rPr>
                <w:b/>
                <w:color w:val="404040"/>
                <w:sz w:val="19"/>
              </w:rPr>
              <w:t>Program Goal</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3A64FAD" w14:textId="77777777" w:rsidR="006B79B8" w:rsidRDefault="006B79B8" w:rsidP="006B79B8">
            <w:pPr>
              <w:spacing w:after="0"/>
            </w:pPr>
          </w:p>
        </w:tc>
      </w:tr>
      <w:tr w:rsidR="006B79B8" w14:paraId="2A522287" w14:textId="77777777" w:rsidTr="006B79B8">
        <w:trPr>
          <w:trHeight w:val="720"/>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0E42279" w14:textId="77777777" w:rsidR="006B79B8" w:rsidRDefault="006B79B8" w:rsidP="006B79B8">
            <w:pPr>
              <w:spacing w:after="0"/>
            </w:pPr>
            <w:r>
              <w:rPr>
                <w:b/>
                <w:color w:val="404040"/>
                <w:sz w:val="19"/>
              </w:rPr>
              <w:t>Objective</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B0B448F" w14:textId="77777777" w:rsidR="006B79B8" w:rsidRDefault="006B79B8" w:rsidP="006B79B8">
            <w:pPr>
              <w:spacing w:after="0"/>
            </w:pPr>
          </w:p>
        </w:tc>
      </w:tr>
      <w:tr w:rsidR="006B79B8" w14:paraId="5F18EF60" w14:textId="77777777" w:rsidTr="006B79B8">
        <w:trPr>
          <w:trHeight w:val="720"/>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C036332" w14:textId="77777777" w:rsidR="006B79B8" w:rsidRDefault="006B79B8" w:rsidP="006B79B8">
            <w:pPr>
              <w:spacing w:after="0"/>
            </w:pPr>
            <w:r>
              <w:rPr>
                <w:b/>
                <w:color w:val="404040"/>
                <w:sz w:val="19"/>
              </w:rPr>
              <w:t>Measurement</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90139F3" w14:textId="77777777" w:rsidR="006B79B8" w:rsidRDefault="006B79B8" w:rsidP="006B79B8">
            <w:pPr>
              <w:spacing w:after="0"/>
            </w:pPr>
          </w:p>
        </w:tc>
      </w:tr>
      <w:tr w:rsidR="006B79B8" w14:paraId="4342CED4" w14:textId="77777777" w:rsidTr="006B79B8">
        <w:trPr>
          <w:trHeight w:val="634"/>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AA41662" w14:textId="77777777" w:rsidR="006B79B8" w:rsidRDefault="006B79B8" w:rsidP="006B79B8">
            <w:pPr>
              <w:spacing w:after="0"/>
            </w:pPr>
            <w:r>
              <w:rPr>
                <w:b/>
                <w:color w:val="404040"/>
                <w:sz w:val="19"/>
              </w:rPr>
              <w:t>Resources Needed</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3FB85A4" w14:textId="77777777" w:rsidR="006B79B8" w:rsidRDefault="006B79B8" w:rsidP="006B79B8">
            <w:pPr>
              <w:spacing w:after="0"/>
            </w:pPr>
          </w:p>
        </w:tc>
      </w:tr>
      <w:tr w:rsidR="006B79B8" w14:paraId="13B82819" w14:textId="77777777" w:rsidTr="006B79B8">
        <w:trPr>
          <w:trHeight w:val="720"/>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5056438" w14:textId="77777777" w:rsidR="006B79B8" w:rsidRDefault="006B79B8" w:rsidP="006B79B8">
            <w:pPr>
              <w:spacing w:after="0"/>
            </w:pPr>
            <w:r>
              <w:rPr>
                <w:b/>
                <w:color w:val="404040"/>
                <w:sz w:val="19"/>
              </w:rPr>
              <w:t>Results</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AE2A3F0" w14:textId="77777777" w:rsidR="006B79B8" w:rsidRDefault="006B79B8" w:rsidP="006B79B8">
            <w:pPr>
              <w:spacing w:after="0"/>
            </w:pPr>
          </w:p>
        </w:tc>
      </w:tr>
      <w:tr w:rsidR="006B79B8" w14:paraId="62AC5C69" w14:textId="77777777" w:rsidTr="006B79B8">
        <w:trPr>
          <w:trHeight w:val="835"/>
        </w:trPr>
        <w:tc>
          <w:tcPr>
            <w:tcW w:w="2556"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AE70EF1" w14:textId="77777777" w:rsidR="006B79B8" w:rsidRDefault="006B79B8" w:rsidP="006B79B8">
            <w:pPr>
              <w:spacing w:after="0"/>
            </w:pPr>
            <w:r>
              <w:rPr>
                <w:b/>
                <w:color w:val="404040"/>
                <w:sz w:val="19"/>
              </w:rPr>
              <w:t>Action Plan</w:t>
            </w:r>
          </w:p>
        </w:tc>
        <w:tc>
          <w:tcPr>
            <w:tcW w:w="7542"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D34EE72" w14:textId="77777777" w:rsidR="006B79B8" w:rsidRDefault="006B79B8" w:rsidP="006B79B8">
            <w:pPr>
              <w:spacing w:after="0"/>
            </w:pPr>
          </w:p>
        </w:tc>
      </w:tr>
    </w:tbl>
    <w:p w14:paraId="171B7233" w14:textId="77777777" w:rsidR="002F2296" w:rsidRDefault="008312BA">
      <w:pPr>
        <w:pStyle w:val="Heading1"/>
      </w:pPr>
      <w:bookmarkStart w:id="4" w:name="_Toc234570971"/>
      <w:r>
        <w:lastRenderedPageBreak/>
        <w:t>Annual Data and Findings</w:t>
      </w:r>
      <w:bookmarkEnd w:id="4"/>
    </w:p>
    <w:tbl>
      <w:tblPr>
        <w:tblW w:w="0" w:type="auto"/>
        <w:jc w:val="center"/>
        <w:tblLayout w:type="fixed"/>
        <w:tblLook w:val="04A0" w:firstRow="1" w:lastRow="0" w:firstColumn="1" w:lastColumn="0" w:noHBand="0" w:noVBand="1"/>
      </w:tblPr>
      <w:tblGrid>
        <w:gridCol w:w="3528"/>
        <w:gridCol w:w="6557"/>
        <w:gridCol w:w="30"/>
      </w:tblGrid>
      <w:tr w:rsidR="002F2296" w14:paraId="6DF7DDDC" w14:textId="77777777" w:rsidTr="00144E9E">
        <w:trPr>
          <w:gridAfter w:val="1"/>
          <w:wAfter w:w="30" w:type="dxa"/>
          <w:jc w:val="center"/>
        </w:trPr>
        <w:tc>
          <w:tcPr>
            <w:tcW w:w="10085" w:type="dxa"/>
            <w:gridSpan w:val="2"/>
            <w:shd w:val="clear" w:color="auto" w:fill="F2F2F2"/>
            <w:tcMar>
              <w:top w:w="110" w:type="dxa"/>
              <w:left w:w="140" w:type="dxa"/>
              <w:bottom w:w="110" w:type="dxa"/>
              <w:right w:w="140" w:type="dxa"/>
            </w:tcMar>
          </w:tcPr>
          <w:p w14:paraId="12F8CDB2" w14:textId="77777777" w:rsidR="002F2296" w:rsidRDefault="008312BA">
            <w:pPr>
              <w:spacing w:after="0"/>
            </w:pPr>
            <w:r>
              <w:rPr>
                <w:i/>
                <w:color w:val="404040"/>
                <w:sz w:val="18"/>
              </w:rPr>
              <w:t>Enter the annual assessment data used to evaluate program performance and student learning.</w:t>
            </w:r>
          </w:p>
        </w:tc>
      </w:tr>
      <w:tr w:rsidR="002F2296" w14:paraId="1D571629" w14:textId="77777777" w:rsidTr="00144E9E">
        <w:trPr>
          <w:trHeight w:val="6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6657B3A" w14:textId="77777777" w:rsidR="002F2296" w:rsidRDefault="008312BA">
            <w:pPr>
              <w:spacing w:after="0"/>
            </w:pPr>
            <w:r>
              <w:rPr>
                <w:b/>
                <w:color w:val="404040"/>
                <w:sz w:val="19"/>
              </w:rPr>
              <w:t>Enrollment</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E3549A5" w14:textId="77777777" w:rsidR="002F2296" w:rsidRDefault="002F2296">
            <w:pPr>
              <w:spacing w:after="0"/>
            </w:pPr>
          </w:p>
        </w:tc>
      </w:tr>
      <w:tr w:rsidR="002F2296" w14:paraId="4DA60069" w14:textId="77777777" w:rsidTr="00144E9E">
        <w:trPr>
          <w:trHeight w:val="6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0F9E6DB" w14:textId="77777777" w:rsidR="002F2296" w:rsidRDefault="008312BA">
            <w:pPr>
              <w:spacing w:after="0"/>
            </w:pPr>
            <w:r>
              <w:rPr>
                <w:b/>
                <w:color w:val="404040"/>
                <w:sz w:val="19"/>
              </w:rPr>
              <w:t>Retention / Persistence</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E1A2FBA" w14:textId="77777777" w:rsidR="002F2296" w:rsidRDefault="002F2296">
            <w:pPr>
              <w:spacing w:after="0"/>
            </w:pPr>
          </w:p>
        </w:tc>
      </w:tr>
      <w:tr w:rsidR="002F2296" w14:paraId="27CF1843" w14:textId="77777777" w:rsidTr="00144E9E">
        <w:trPr>
          <w:trHeight w:val="6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46A9023" w14:textId="77777777" w:rsidR="002F2296" w:rsidRDefault="008312BA">
            <w:pPr>
              <w:spacing w:after="0"/>
            </w:pPr>
            <w:r>
              <w:rPr>
                <w:b/>
                <w:color w:val="404040"/>
                <w:sz w:val="19"/>
              </w:rPr>
              <w:t>Graduation Rate</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728804F" w14:textId="77777777" w:rsidR="002F2296" w:rsidRDefault="002F2296">
            <w:pPr>
              <w:spacing w:after="0"/>
            </w:pPr>
          </w:p>
        </w:tc>
      </w:tr>
      <w:tr w:rsidR="002F2296" w14:paraId="484D7C99" w14:textId="77777777" w:rsidTr="00144E9E">
        <w:trPr>
          <w:trHeight w:val="792"/>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EE299B5" w14:textId="77777777" w:rsidR="002F2296" w:rsidRDefault="008312BA">
            <w:pPr>
              <w:spacing w:after="0"/>
            </w:pPr>
            <w:r>
              <w:rPr>
                <w:b/>
                <w:color w:val="404040"/>
                <w:sz w:val="19"/>
              </w:rPr>
              <w:t>Student Learning Outcome (SLO) Results</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62F86A6" w14:textId="77777777" w:rsidR="002F2296" w:rsidRDefault="002F2296">
            <w:pPr>
              <w:spacing w:after="0"/>
            </w:pPr>
          </w:p>
        </w:tc>
      </w:tr>
      <w:tr w:rsidR="002F2296" w14:paraId="4FEDB3AD" w14:textId="77777777" w:rsidTr="00144E9E">
        <w:trPr>
          <w:trHeight w:val="792"/>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FB1E1CE" w14:textId="77777777" w:rsidR="002F2296" w:rsidRDefault="008312BA">
            <w:pPr>
              <w:spacing w:after="0"/>
            </w:pPr>
            <w:r>
              <w:rPr>
                <w:b/>
                <w:color w:val="404040"/>
                <w:sz w:val="19"/>
              </w:rPr>
              <w:t>Course Learning Outcome (CLO) Results</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6308F13" w14:textId="77777777" w:rsidR="002F2296" w:rsidRDefault="002F2296">
            <w:pPr>
              <w:spacing w:after="0"/>
            </w:pPr>
          </w:p>
        </w:tc>
      </w:tr>
      <w:tr w:rsidR="002F2296" w14:paraId="785A2E19" w14:textId="77777777" w:rsidTr="00144E9E">
        <w:trPr>
          <w:trHeight w:val="6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D12E3A3" w14:textId="77777777" w:rsidR="002F2296" w:rsidRDefault="008312BA">
            <w:pPr>
              <w:spacing w:after="0"/>
            </w:pPr>
            <w:r>
              <w:rPr>
                <w:b/>
                <w:color w:val="404040"/>
                <w:sz w:val="19"/>
              </w:rPr>
              <w:t>Curriculum Map</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8B3E4B8" w14:textId="77777777" w:rsidR="002F2296" w:rsidRDefault="002F2296">
            <w:pPr>
              <w:spacing w:after="0"/>
            </w:pPr>
          </w:p>
        </w:tc>
      </w:tr>
      <w:tr w:rsidR="002F2296" w14:paraId="04CE447A" w14:textId="77777777" w:rsidTr="00144E9E">
        <w:trPr>
          <w:trHeight w:val="6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6A76B52" w14:textId="77777777" w:rsidR="002F2296" w:rsidRDefault="008312BA">
            <w:pPr>
              <w:spacing w:after="0"/>
            </w:pPr>
            <w:r>
              <w:rPr>
                <w:b/>
                <w:color w:val="404040"/>
                <w:sz w:val="19"/>
              </w:rPr>
              <w:t>General Education Curriculum Map</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FCCF48A" w14:textId="77777777" w:rsidR="002F2296" w:rsidRDefault="002F2296">
            <w:pPr>
              <w:spacing w:after="0"/>
            </w:pPr>
          </w:p>
        </w:tc>
      </w:tr>
      <w:tr w:rsidR="002F2296" w14:paraId="214411C5" w14:textId="77777777" w:rsidTr="00144E9E">
        <w:trPr>
          <w:trHeight w:val="792"/>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825B6D6" w14:textId="77777777" w:rsidR="002F2296" w:rsidRDefault="008312BA">
            <w:pPr>
              <w:spacing w:after="0"/>
            </w:pPr>
            <w:r>
              <w:rPr>
                <w:b/>
                <w:color w:val="404040"/>
                <w:sz w:val="19"/>
              </w:rPr>
              <w:t>General Education Assessment Results</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9E42AA0" w14:textId="77777777" w:rsidR="002F2296" w:rsidRDefault="002F2296">
            <w:pPr>
              <w:spacing w:after="0"/>
            </w:pPr>
          </w:p>
        </w:tc>
      </w:tr>
      <w:tr w:rsidR="002F2296" w14:paraId="238E1612" w14:textId="77777777" w:rsidTr="00144E9E">
        <w:trPr>
          <w:trHeight w:val="792"/>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B6A7DA5" w14:textId="6891AC24" w:rsidR="002F2296" w:rsidRDefault="008312BA">
            <w:pPr>
              <w:spacing w:after="0"/>
            </w:pPr>
            <w:r>
              <w:rPr>
                <w:b/>
                <w:color w:val="404040"/>
                <w:sz w:val="19"/>
              </w:rPr>
              <w:t>Survey Results</w:t>
            </w:r>
            <w:r w:rsidR="00144E9E">
              <w:rPr>
                <w:b/>
                <w:color w:val="404040"/>
                <w:sz w:val="19"/>
              </w:rPr>
              <w:t xml:space="preserve"> (</w:t>
            </w:r>
            <w:r w:rsidR="00144E9E" w:rsidRPr="00144E9E">
              <w:rPr>
                <w:b/>
                <w:i/>
                <w:iCs/>
                <w:color w:val="404040"/>
                <w:sz w:val="19"/>
              </w:rPr>
              <w:t>Course evaluations, Assessment Day…</w:t>
            </w:r>
            <w:proofErr w:type="spellStart"/>
            <w:r w:rsidR="00144E9E" w:rsidRPr="00144E9E">
              <w:rPr>
                <w:b/>
                <w:i/>
                <w:iCs/>
                <w:color w:val="404040"/>
                <w:sz w:val="19"/>
              </w:rPr>
              <w:t>Etc</w:t>
            </w:r>
            <w:proofErr w:type="spellEnd"/>
            <w:r w:rsidR="00144E9E">
              <w:rPr>
                <w:b/>
                <w:color w:val="404040"/>
                <w:sz w:val="19"/>
              </w:rPr>
              <w:t>)</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F62FCEE" w14:textId="77777777" w:rsidR="002F2296" w:rsidRDefault="002F2296">
            <w:pPr>
              <w:spacing w:after="0"/>
            </w:pPr>
          </w:p>
        </w:tc>
      </w:tr>
      <w:tr w:rsidR="002F2296" w14:paraId="0E1AD4B8" w14:textId="77777777" w:rsidTr="00144E9E">
        <w:trPr>
          <w:trHeight w:val="792"/>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CF181B0" w14:textId="77777777" w:rsidR="002F2296" w:rsidRDefault="008312BA">
            <w:pPr>
              <w:spacing w:after="0"/>
            </w:pPr>
            <w:r>
              <w:rPr>
                <w:b/>
                <w:color w:val="404040"/>
                <w:sz w:val="19"/>
              </w:rPr>
              <w:t>Program Advisory Committee (PAC) Recommendations</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8090BE9" w14:textId="77777777" w:rsidR="002F2296" w:rsidRDefault="002F2296">
            <w:pPr>
              <w:spacing w:after="0"/>
            </w:pPr>
          </w:p>
        </w:tc>
      </w:tr>
      <w:tr w:rsidR="002F2296" w14:paraId="5976658C" w14:textId="77777777" w:rsidTr="00144E9E">
        <w:trPr>
          <w:trHeight w:val="792"/>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65F600D" w14:textId="77777777" w:rsidR="002F2296" w:rsidRDefault="008312BA">
            <w:pPr>
              <w:spacing w:after="0"/>
            </w:pPr>
            <w:r>
              <w:rPr>
                <w:b/>
                <w:color w:val="404040"/>
                <w:sz w:val="19"/>
              </w:rPr>
              <w:t>Industry Visits / Guest Speakers / Field Trips</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3F497F6" w14:textId="77777777" w:rsidR="002F2296" w:rsidRDefault="002F2296">
            <w:pPr>
              <w:spacing w:after="0"/>
            </w:pPr>
          </w:p>
        </w:tc>
      </w:tr>
      <w:tr w:rsidR="002F2296" w14:paraId="07BBC5CA" w14:textId="77777777" w:rsidTr="00144E9E">
        <w:trPr>
          <w:trHeight w:val="648"/>
          <w:jc w:val="center"/>
        </w:trPr>
        <w:tc>
          <w:tcPr>
            <w:tcW w:w="3528"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E229A01" w14:textId="77777777" w:rsidR="002F2296" w:rsidRDefault="008312BA">
            <w:pPr>
              <w:spacing w:after="0"/>
            </w:pPr>
            <w:r>
              <w:rPr>
                <w:b/>
                <w:color w:val="404040"/>
                <w:sz w:val="19"/>
              </w:rPr>
              <w:t>Photos of Events Held</w:t>
            </w:r>
          </w:p>
        </w:tc>
        <w:tc>
          <w:tcPr>
            <w:tcW w:w="6582"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007AF2A8" w14:textId="77777777" w:rsidR="002F2296" w:rsidRDefault="002F2296">
            <w:pPr>
              <w:spacing w:after="0"/>
            </w:pPr>
          </w:p>
        </w:tc>
      </w:tr>
    </w:tbl>
    <w:p w14:paraId="499F970C" w14:textId="77777777" w:rsidR="002F2296" w:rsidRDefault="002F2296">
      <w:pPr>
        <w:spacing w:after="80"/>
      </w:pPr>
    </w:p>
    <w:p w14:paraId="0A728356" w14:textId="77777777" w:rsidR="002F2296" w:rsidRDefault="008312BA">
      <w:r>
        <w:br w:type="page"/>
      </w:r>
    </w:p>
    <w:p w14:paraId="66253F79" w14:textId="3DF318D8" w:rsidR="002F2296" w:rsidRPr="0011752A" w:rsidRDefault="008312BA" w:rsidP="002F33A0">
      <w:pPr>
        <w:pStyle w:val="Heading1"/>
      </w:pPr>
      <w:bookmarkStart w:id="5" w:name="_Toc234570972"/>
      <w:r w:rsidRPr="0011752A">
        <w:lastRenderedPageBreak/>
        <w:t>Assessment Tools Used</w:t>
      </w:r>
      <w:bookmarkEnd w:id="5"/>
    </w:p>
    <w:tbl>
      <w:tblPr>
        <w:tblW w:w="0" w:type="auto"/>
        <w:jc w:val="center"/>
        <w:tblLayout w:type="fixed"/>
        <w:tblLook w:val="04A0" w:firstRow="1" w:lastRow="0" w:firstColumn="1" w:lastColumn="0" w:noHBand="0" w:noVBand="1"/>
      </w:tblPr>
      <w:tblGrid>
        <w:gridCol w:w="4824"/>
        <w:gridCol w:w="5256"/>
        <w:gridCol w:w="30"/>
      </w:tblGrid>
      <w:tr w:rsidR="002F2296" w14:paraId="473E526E" w14:textId="77777777">
        <w:trPr>
          <w:gridAfter w:val="1"/>
          <w:wAfter w:w="30" w:type="dxa"/>
          <w:jc w:val="center"/>
        </w:trPr>
        <w:tc>
          <w:tcPr>
            <w:tcW w:w="10080" w:type="dxa"/>
            <w:gridSpan w:val="2"/>
            <w:shd w:val="clear" w:color="auto" w:fill="F2F2F2"/>
            <w:tcMar>
              <w:top w:w="110" w:type="dxa"/>
              <w:left w:w="140" w:type="dxa"/>
              <w:bottom w:w="110" w:type="dxa"/>
              <w:right w:w="140" w:type="dxa"/>
            </w:tcMar>
          </w:tcPr>
          <w:p w14:paraId="3E00FEDE" w14:textId="77777777" w:rsidR="002F2296" w:rsidRDefault="008312BA">
            <w:pPr>
              <w:spacing w:after="0"/>
            </w:pPr>
            <w:r>
              <w:rPr>
                <w:i/>
                <w:color w:val="404040"/>
                <w:sz w:val="18"/>
              </w:rPr>
              <w:t>Select all tools currently used by the program.</w:t>
            </w:r>
          </w:p>
        </w:tc>
      </w:tr>
      <w:tr w:rsidR="002F2296" w14:paraId="0D16592E" w14:textId="77777777">
        <w:trPr>
          <w:trHeight w:val="403"/>
          <w:jc w:val="center"/>
        </w:trPr>
        <w:tc>
          <w:tcPr>
            <w:tcW w:w="4824"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3CED2040" w14:textId="77777777" w:rsidR="002F2296" w:rsidRDefault="008312BA">
            <w:pPr>
              <w:spacing w:after="0"/>
            </w:pPr>
            <w:r>
              <w:rPr>
                <w:sz w:val="20"/>
              </w:rPr>
              <w:t>☐ Dropbox</w:t>
            </w:r>
          </w:p>
        </w:tc>
        <w:tc>
          <w:tcPr>
            <w:tcW w:w="4824"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6FFB0C5E" w14:textId="77777777" w:rsidR="002F2296" w:rsidRDefault="008312BA">
            <w:pPr>
              <w:spacing w:after="0"/>
            </w:pPr>
            <w:r>
              <w:rPr>
                <w:sz w:val="20"/>
              </w:rPr>
              <w:t>☐ Discussion posts</w:t>
            </w:r>
          </w:p>
        </w:tc>
      </w:tr>
      <w:tr w:rsidR="002F2296" w14:paraId="333EED1F" w14:textId="77777777">
        <w:trPr>
          <w:trHeight w:val="403"/>
          <w:jc w:val="center"/>
        </w:trPr>
        <w:tc>
          <w:tcPr>
            <w:tcW w:w="4824"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2D67E3E6" w14:textId="77777777" w:rsidR="002F2296" w:rsidRDefault="008312BA">
            <w:pPr>
              <w:spacing w:after="0"/>
            </w:pPr>
            <w:r>
              <w:rPr>
                <w:sz w:val="20"/>
              </w:rPr>
              <w:t>☐ Quizzes and exams</w:t>
            </w:r>
          </w:p>
        </w:tc>
        <w:tc>
          <w:tcPr>
            <w:tcW w:w="4824"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059EAC26" w14:textId="77777777" w:rsidR="002F2296" w:rsidRDefault="008312BA">
            <w:pPr>
              <w:spacing w:after="0"/>
            </w:pPr>
            <w:r>
              <w:rPr>
                <w:sz w:val="20"/>
              </w:rPr>
              <w:t>☐ Presentations</w:t>
            </w:r>
          </w:p>
        </w:tc>
      </w:tr>
      <w:tr w:rsidR="002F2296" w14:paraId="0DD9620C" w14:textId="77777777">
        <w:trPr>
          <w:trHeight w:val="403"/>
          <w:jc w:val="center"/>
        </w:trPr>
        <w:tc>
          <w:tcPr>
            <w:tcW w:w="4824"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101B8466" w14:textId="77777777" w:rsidR="002F2296" w:rsidRDefault="008312BA">
            <w:pPr>
              <w:spacing w:after="0"/>
            </w:pPr>
            <w:r>
              <w:rPr>
                <w:sz w:val="20"/>
              </w:rPr>
              <w:t>☐ Peer reviews</w:t>
            </w:r>
          </w:p>
        </w:tc>
        <w:tc>
          <w:tcPr>
            <w:tcW w:w="4824"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0AB2F122" w14:textId="77777777" w:rsidR="002F2296" w:rsidRDefault="008312BA">
            <w:pPr>
              <w:spacing w:after="0"/>
            </w:pPr>
            <w:r>
              <w:rPr>
                <w:sz w:val="20"/>
              </w:rPr>
              <w:t>☐ Rubrics</w:t>
            </w:r>
          </w:p>
        </w:tc>
      </w:tr>
      <w:tr w:rsidR="002F2296" w14:paraId="253820AF" w14:textId="77777777">
        <w:trPr>
          <w:trHeight w:val="403"/>
          <w:jc w:val="center"/>
        </w:trPr>
        <w:tc>
          <w:tcPr>
            <w:tcW w:w="4824"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67931EC7" w14:textId="77777777" w:rsidR="002F2296" w:rsidRDefault="008312BA">
            <w:pPr>
              <w:spacing w:after="0"/>
            </w:pPr>
            <w:r>
              <w:rPr>
                <w:sz w:val="20"/>
              </w:rPr>
              <w:t>☐ Projects</w:t>
            </w:r>
          </w:p>
        </w:tc>
        <w:tc>
          <w:tcPr>
            <w:tcW w:w="4824"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1210AFE2" w14:textId="77777777" w:rsidR="002F2296" w:rsidRDefault="008312BA">
            <w:pPr>
              <w:spacing w:after="0"/>
            </w:pPr>
            <w:r>
              <w:rPr>
                <w:sz w:val="20"/>
              </w:rPr>
              <w:t>☐ Field trips / Industry visits</w:t>
            </w:r>
          </w:p>
        </w:tc>
      </w:tr>
      <w:tr w:rsidR="002F2296" w14:paraId="57554805" w14:textId="77777777">
        <w:trPr>
          <w:trHeight w:val="403"/>
          <w:jc w:val="center"/>
        </w:trPr>
        <w:tc>
          <w:tcPr>
            <w:tcW w:w="4824" w:type="dxa"/>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754A9A29" w14:textId="77777777" w:rsidR="002F2296" w:rsidRDefault="008312BA">
            <w:pPr>
              <w:spacing w:after="0"/>
            </w:pPr>
            <w:r>
              <w:rPr>
                <w:sz w:val="20"/>
              </w:rPr>
              <w:t>☐ Self-assessments</w:t>
            </w:r>
          </w:p>
        </w:tc>
        <w:tc>
          <w:tcPr>
            <w:tcW w:w="4824" w:type="dxa"/>
            <w:gridSpan w:val="2"/>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4A0906C3" w14:textId="77777777" w:rsidR="002F2296" w:rsidRDefault="008312BA">
            <w:pPr>
              <w:spacing w:after="0"/>
            </w:pPr>
            <w:r>
              <w:rPr>
                <w:sz w:val="20"/>
              </w:rPr>
              <w:t>☐ Surveys</w:t>
            </w:r>
          </w:p>
        </w:tc>
      </w:tr>
      <w:tr w:rsidR="002F2296" w14:paraId="374B54C7" w14:textId="77777777" w:rsidTr="00A31588">
        <w:trPr>
          <w:trHeight w:val="919"/>
          <w:jc w:val="center"/>
        </w:trPr>
        <w:tc>
          <w:tcPr>
            <w:tcW w:w="9648" w:type="dxa"/>
            <w:gridSpan w:val="3"/>
            <w:tcBorders>
              <w:top w:val="single" w:sz="4" w:space="0" w:color="D9D9D9"/>
              <w:left w:val="single" w:sz="4" w:space="0" w:color="D9D9D9"/>
              <w:bottom w:val="single" w:sz="4" w:space="0" w:color="D9D9D9"/>
              <w:right w:val="single" w:sz="4" w:space="0" w:color="D9D9D9"/>
            </w:tcBorders>
            <w:tcMar>
              <w:top w:w="70" w:type="dxa"/>
              <w:left w:w="110" w:type="dxa"/>
              <w:bottom w:w="70" w:type="dxa"/>
              <w:right w:w="90" w:type="dxa"/>
            </w:tcMar>
          </w:tcPr>
          <w:p w14:paraId="7DB8D835" w14:textId="3C9F9213" w:rsidR="002F2296" w:rsidRDefault="008312BA">
            <w:pPr>
              <w:spacing w:after="0"/>
            </w:pPr>
            <w:r>
              <w:rPr>
                <w:sz w:val="20"/>
              </w:rPr>
              <w:t xml:space="preserve">Other Assessments: </w:t>
            </w:r>
          </w:p>
        </w:tc>
      </w:tr>
    </w:tbl>
    <w:p w14:paraId="23FD5787" w14:textId="77777777" w:rsidR="00A31588" w:rsidRDefault="00A31588">
      <w:pPr>
        <w:spacing w:after="40"/>
      </w:pPr>
    </w:p>
    <w:p w14:paraId="004970CA" w14:textId="77777777" w:rsidR="002F2296" w:rsidRDefault="008312BA">
      <w:pPr>
        <w:pStyle w:val="Heading1"/>
      </w:pPr>
      <w:bookmarkStart w:id="6" w:name="_Toc234570973"/>
      <w:r>
        <w:t>Data-Driven Decisions</w:t>
      </w:r>
      <w:bookmarkEnd w:id="6"/>
    </w:p>
    <w:tbl>
      <w:tblPr>
        <w:tblW w:w="0" w:type="auto"/>
        <w:jc w:val="center"/>
        <w:tblLayout w:type="fixed"/>
        <w:tblLook w:val="04A0" w:firstRow="1" w:lastRow="0" w:firstColumn="1" w:lastColumn="0" w:noHBand="0" w:noVBand="1"/>
      </w:tblPr>
      <w:tblGrid>
        <w:gridCol w:w="3024"/>
        <w:gridCol w:w="7056"/>
        <w:gridCol w:w="30"/>
      </w:tblGrid>
      <w:tr w:rsidR="002F2296" w14:paraId="5B579894" w14:textId="77777777">
        <w:trPr>
          <w:gridAfter w:val="1"/>
          <w:wAfter w:w="30" w:type="dxa"/>
          <w:jc w:val="center"/>
        </w:trPr>
        <w:tc>
          <w:tcPr>
            <w:tcW w:w="10080" w:type="dxa"/>
            <w:gridSpan w:val="2"/>
            <w:shd w:val="clear" w:color="auto" w:fill="F2F2F2"/>
            <w:tcMar>
              <w:top w:w="110" w:type="dxa"/>
              <w:left w:w="140" w:type="dxa"/>
              <w:bottom w:w="110" w:type="dxa"/>
              <w:right w:w="140" w:type="dxa"/>
            </w:tcMar>
          </w:tcPr>
          <w:p w14:paraId="1C78A4D1" w14:textId="77777777" w:rsidR="002F2296" w:rsidRDefault="008312BA">
            <w:pPr>
              <w:spacing w:after="0"/>
            </w:pPr>
            <w:r>
              <w:rPr>
                <w:i/>
                <w:color w:val="404040"/>
                <w:sz w:val="18"/>
              </w:rPr>
              <w:t>Summarize the program’s data-driven decisions based on the annual data. Tie decisions directly to evidence when possible.</w:t>
            </w:r>
          </w:p>
        </w:tc>
      </w:tr>
      <w:tr w:rsidR="002F2296" w14:paraId="6328AB63" w14:textId="77777777" w:rsidTr="00A31588">
        <w:trPr>
          <w:trHeight w:val="2046"/>
          <w:jc w:val="center"/>
        </w:trPr>
        <w:tc>
          <w:tcPr>
            <w:tcW w:w="302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A8545E6" w14:textId="77777777" w:rsidR="002F2296" w:rsidRDefault="008312BA">
            <w:pPr>
              <w:spacing w:after="0"/>
            </w:pPr>
            <w:r>
              <w:rPr>
                <w:b/>
                <w:color w:val="404040"/>
                <w:sz w:val="19"/>
              </w:rPr>
              <w:t>Summary of Decisions</w:t>
            </w:r>
          </w:p>
        </w:tc>
        <w:tc>
          <w:tcPr>
            <w:tcW w:w="7056" w:type="dxa"/>
            <w:gridSpan w:val="2"/>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5D7641D" w14:textId="77777777" w:rsidR="002F2296" w:rsidRDefault="002F2296">
            <w:pPr>
              <w:spacing w:after="0"/>
            </w:pPr>
          </w:p>
        </w:tc>
      </w:tr>
    </w:tbl>
    <w:p w14:paraId="2A43E2BD" w14:textId="77777777" w:rsidR="002F2296" w:rsidRDefault="002F2296">
      <w:pPr>
        <w:spacing w:after="80"/>
      </w:pPr>
    </w:p>
    <w:p w14:paraId="095E241C" w14:textId="6061E217" w:rsidR="002F2296" w:rsidRDefault="008312BA">
      <w:r>
        <w:br w:type="page"/>
      </w:r>
    </w:p>
    <w:p w14:paraId="328E996D" w14:textId="23A0BFF1" w:rsidR="000745F2" w:rsidRPr="000745F2" w:rsidRDefault="001735B9" w:rsidP="000745F2">
      <w:pPr>
        <w:pStyle w:val="Heading1"/>
      </w:pPr>
      <w:bookmarkStart w:id="7" w:name="_Toc234570974"/>
      <w:r>
        <w:lastRenderedPageBreak/>
        <w:t xml:space="preserve">Goal </w:t>
      </w:r>
      <w:r w:rsidR="008312BA">
        <w:t>Initiatives for the Next Academic Year</w:t>
      </w:r>
      <w:bookmarkEnd w:id="7"/>
    </w:p>
    <w:tbl>
      <w:tblPr>
        <w:tblW w:w="0" w:type="auto"/>
        <w:jc w:val="center"/>
        <w:tblLayout w:type="fixed"/>
        <w:tblLook w:val="04A0" w:firstRow="1" w:lastRow="0" w:firstColumn="1" w:lastColumn="0" w:noHBand="0" w:noVBand="1"/>
      </w:tblPr>
      <w:tblGrid>
        <w:gridCol w:w="2664"/>
        <w:gridCol w:w="7448"/>
      </w:tblGrid>
      <w:tr w:rsidR="002F2296" w14:paraId="3D9C173B" w14:textId="77777777" w:rsidTr="000745F2">
        <w:trPr>
          <w:trHeight w:val="403"/>
          <w:jc w:val="center"/>
        </w:trPr>
        <w:tc>
          <w:tcPr>
            <w:tcW w:w="10112" w:type="dxa"/>
            <w:gridSpan w:val="2"/>
            <w:tcBorders>
              <w:top w:val="single" w:sz="6" w:space="0" w:color="BFBFBF"/>
              <w:left w:val="single" w:sz="6" w:space="0" w:color="BFBFBF"/>
              <w:bottom w:val="single" w:sz="6" w:space="0" w:color="BFBFBF"/>
              <w:right w:val="single" w:sz="6" w:space="0" w:color="BFBFBF"/>
            </w:tcBorders>
            <w:shd w:val="clear" w:color="auto" w:fill="1F4E79"/>
          </w:tcPr>
          <w:p w14:paraId="624CF692" w14:textId="77777777" w:rsidR="002F2296" w:rsidRDefault="008312BA">
            <w:pPr>
              <w:spacing w:after="0"/>
            </w:pPr>
            <w:r>
              <w:rPr>
                <w:b/>
                <w:color w:val="FFFFFF"/>
                <w:sz w:val="21"/>
              </w:rPr>
              <w:t>1. Goal</w:t>
            </w:r>
          </w:p>
        </w:tc>
      </w:tr>
      <w:tr w:rsidR="002F2296" w14:paraId="428D9B89" w14:textId="77777777" w:rsidTr="000745F2">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8340442" w14:textId="77777777" w:rsidR="002F2296" w:rsidRDefault="008312BA">
            <w:pPr>
              <w:spacing w:after="0"/>
            </w:pPr>
            <w:r>
              <w:rPr>
                <w:b/>
                <w:color w:val="404040"/>
                <w:sz w:val="19"/>
              </w:rPr>
              <w:t>Institutional Goal</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E9418F0" w14:textId="68F0561E" w:rsidR="002F2296" w:rsidRDefault="002F2296">
            <w:pPr>
              <w:spacing w:after="0"/>
            </w:pPr>
          </w:p>
        </w:tc>
      </w:tr>
      <w:tr w:rsidR="002F2296" w14:paraId="05F1969B" w14:textId="77777777" w:rsidTr="000745F2">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4D94A36C" w14:textId="77777777" w:rsidR="002F2296" w:rsidRDefault="008312BA">
            <w:pPr>
              <w:spacing w:after="0"/>
            </w:pPr>
            <w:r>
              <w:rPr>
                <w:b/>
                <w:color w:val="404040"/>
                <w:sz w:val="19"/>
              </w:rPr>
              <w:t>Program Goal</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A4E391B" w14:textId="77777777" w:rsidR="002F2296" w:rsidRDefault="002F2296">
            <w:pPr>
              <w:spacing w:after="0"/>
            </w:pPr>
          </w:p>
        </w:tc>
      </w:tr>
      <w:tr w:rsidR="002F2296" w14:paraId="417005E5" w14:textId="77777777" w:rsidTr="000745F2">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02B6AF6" w14:textId="77777777" w:rsidR="002F2296" w:rsidRDefault="008312BA">
            <w:pPr>
              <w:spacing w:after="0"/>
            </w:pPr>
            <w:r>
              <w:rPr>
                <w:b/>
                <w:color w:val="404040"/>
                <w:sz w:val="19"/>
              </w:rPr>
              <w:t>Objective</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CB3311D" w14:textId="77777777" w:rsidR="002F2296" w:rsidRDefault="002F2296">
            <w:pPr>
              <w:spacing w:after="0"/>
            </w:pPr>
          </w:p>
        </w:tc>
      </w:tr>
      <w:tr w:rsidR="002F2296" w14:paraId="37EF7A1E" w14:textId="77777777" w:rsidTr="000745F2">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19EEC4D" w14:textId="77777777" w:rsidR="002F2296" w:rsidRDefault="008312BA">
            <w:pPr>
              <w:spacing w:after="0"/>
            </w:pPr>
            <w:r>
              <w:rPr>
                <w:b/>
                <w:color w:val="404040"/>
                <w:sz w:val="19"/>
              </w:rPr>
              <w:t>Measurement</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8DBEBBC" w14:textId="77777777" w:rsidR="002F2296" w:rsidRDefault="002F2296">
            <w:pPr>
              <w:spacing w:after="0"/>
            </w:pPr>
          </w:p>
        </w:tc>
      </w:tr>
      <w:tr w:rsidR="002F2296" w14:paraId="78438F7A" w14:textId="77777777" w:rsidTr="000745F2">
        <w:trPr>
          <w:trHeight w:val="634"/>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92CA8A3" w14:textId="77777777" w:rsidR="002F2296" w:rsidRDefault="008312BA">
            <w:pPr>
              <w:spacing w:after="0"/>
            </w:pPr>
            <w:r>
              <w:rPr>
                <w:b/>
                <w:color w:val="404040"/>
                <w:sz w:val="19"/>
              </w:rPr>
              <w:t>Resources Needed</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14E69F4" w14:textId="77777777" w:rsidR="002F2296" w:rsidRDefault="002F2296">
            <w:pPr>
              <w:spacing w:after="0"/>
            </w:pPr>
          </w:p>
        </w:tc>
      </w:tr>
      <w:tr w:rsidR="002F2296" w14:paraId="7DFDE0BE" w14:textId="77777777" w:rsidTr="000745F2">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52E4335B" w14:textId="77777777" w:rsidR="002F2296" w:rsidRDefault="008312BA">
            <w:pPr>
              <w:spacing w:after="0"/>
            </w:pPr>
            <w:r>
              <w:rPr>
                <w:b/>
                <w:color w:val="404040"/>
                <w:sz w:val="19"/>
              </w:rPr>
              <w:t>Results</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793039A" w14:textId="77777777" w:rsidR="002F2296" w:rsidRDefault="002F2296">
            <w:pPr>
              <w:spacing w:after="0"/>
            </w:pPr>
          </w:p>
        </w:tc>
      </w:tr>
      <w:tr w:rsidR="002F2296" w14:paraId="6B2B89DD" w14:textId="77777777" w:rsidTr="000745F2">
        <w:trPr>
          <w:trHeight w:val="83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FA3C2E7" w14:textId="77777777" w:rsidR="002F2296" w:rsidRDefault="008312BA">
            <w:pPr>
              <w:spacing w:after="0"/>
            </w:pPr>
            <w:r>
              <w:rPr>
                <w:b/>
                <w:color w:val="404040"/>
                <w:sz w:val="19"/>
              </w:rPr>
              <w:t>Action Plan</w:t>
            </w:r>
          </w:p>
        </w:tc>
        <w:tc>
          <w:tcPr>
            <w:tcW w:w="7448"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878BE5C" w14:textId="77777777" w:rsidR="002F2296" w:rsidRDefault="002F2296">
            <w:pPr>
              <w:spacing w:after="0"/>
            </w:pPr>
          </w:p>
        </w:tc>
      </w:tr>
    </w:tbl>
    <w:p w14:paraId="51D0995E" w14:textId="77777777" w:rsidR="002F2296" w:rsidRDefault="002F2296">
      <w:pPr>
        <w:spacing w:after="40"/>
      </w:pPr>
    </w:p>
    <w:tbl>
      <w:tblPr>
        <w:tblW w:w="0" w:type="auto"/>
        <w:jc w:val="center"/>
        <w:tblLayout w:type="fixed"/>
        <w:tblLook w:val="04A0" w:firstRow="1" w:lastRow="0" w:firstColumn="1" w:lastColumn="0" w:noHBand="0" w:noVBand="1"/>
      </w:tblPr>
      <w:tblGrid>
        <w:gridCol w:w="2664"/>
        <w:gridCol w:w="7416"/>
      </w:tblGrid>
      <w:tr w:rsidR="002F2296" w14:paraId="39B3919B" w14:textId="77777777" w:rsidTr="00F13B74">
        <w:trPr>
          <w:trHeight w:val="403"/>
          <w:jc w:val="center"/>
        </w:trPr>
        <w:tc>
          <w:tcPr>
            <w:tcW w:w="10080" w:type="dxa"/>
            <w:gridSpan w:val="2"/>
            <w:tcBorders>
              <w:top w:val="single" w:sz="6" w:space="0" w:color="BFBFBF"/>
              <w:left w:val="single" w:sz="6" w:space="0" w:color="BFBFBF"/>
              <w:bottom w:val="single" w:sz="6" w:space="0" w:color="BFBFBF"/>
              <w:right w:val="single" w:sz="6" w:space="0" w:color="BFBFBF"/>
            </w:tcBorders>
            <w:shd w:val="clear" w:color="auto" w:fill="1F4E79"/>
          </w:tcPr>
          <w:p w14:paraId="56F96C10" w14:textId="12810850" w:rsidR="002F2296" w:rsidRDefault="008312BA">
            <w:pPr>
              <w:spacing w:after="0"/>
            </w:pPr>
            <w:r>
              <w:br w:type="page"/>
            </w:r>
            <w:r>
              <w:rPr>
                <w:b/>
                <w:color w:val="FFFFFF"/>
                <w:sz w:val="21"/>
              </w:rPr>
              <w:t>2. Goal</w:t>
            </w:r>
          </w:p>
        </w:tc>
      </w:tr>
      <w:tr w:rsidR="002F2296" w14:paraId="3445E946"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8E5C173" w14:textId="77777777" w:rsidR="002F2296" w:rsidRDefault="008312BA">
            <w:pPr>
              <w:spacing w:after="0"/>
            </w:pPr>
            <w:r>
              <w:rPr>
                <w:b/>
                <w:color w:val="404040"/>
                <w:sz w:val="19"/>
              </w:rPr>
              <w:t>Institutional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13B1FF5" w14:textId="77777777" w:rsidR="002F2296" w:rsidRDefault="002F2296">
            <w:pPr>
              <w:spacing w:after="0"/>
            </w:pPr>
          </w:p>
        </w:tc>
      </w:tr>
      <w:tr w:rsidR="002F2296" w14:paraId="5354B8E2"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912F226" w14:textId="77777777" w:rsidR="002F2296" w:rsidRDefault="008312BA">
            <w:pPr>
              <w:spacing w:after="0"/>
            </w:pPr>
            <w:r>
              <w:rPr>
                <w:b/>
                <w:color w:val="404040"/>
                <w:sz w:val="19"/>
              </w:rPr>
              <w:t>Program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6E0A632" w14:textId="77777777" w:rsidR="002F2296" w:rsidRDefault="002F2296">
            <w:pPr>
              <w:spacing w:after="0"/>
            </w:pPr>
          </w:p>
        </w:tc>
      </w:tr>
      <w:tr w:rsidR="002F2296" w14:paraId="367734CB"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445A571" w14:textId="77777777" w:rsidR="002F2296" w:rsidRDefault="008312BA">
            <w:pPr>
              <w:spacing w:after="0"/>
            </w:pPr>
            <w:r>
              <w:rPr>
                <w:b/>
                <w:color w:val="404040"/>
                <w:sz w:val="19"/>
              </w:rPr>
              <w:t>Objective</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EE8DD1C" w14:textId="77777777" w:rsidR="002F2296" w:rsidRDefault="002F2296">
            <w:pPr>
              <w:spacing w:after="0"/>
            </w:pPr>
          </w:p>
        </w:tc>
      </w:tr>
      <w:tr w:rsidR="002F2296" w14:paraId="4C368578"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6311D60" w14:textId="77777777" w:rsidR="002F2296" w:rsidRDefault="008312BA">
            <w:pPr>
              <w:spacing w:after="0"/>
            </w:pPr>
            <w:r>
              <w:rPr>
                <w:b/>
                <w:color w:val="404040"/>
                <w:sz w:val="19"/>
              </w:rPr>
              <w:t>Measurement</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540A63E" w14:textId="77777777" w:rsidR="002F2296" w:rsidRDefault="002F2296">
            <w:pPr>
              <w:spacing w:after="0"/>
            </w:pPr>
          </w:p>
        </w:tc>
      </w:tr>
      <w:tr w:rsidR="002F2296" w14:paraId="20CDD6E8" w14:textId="77777777">
        <w:trPr>
          <w:trHeight w:val="634"/>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2AB2AA1" w14:textId="77777777" w:rsidR="002F2296" w:rsidRDefault="008312BA">
            <w:pPr>
              <w:spacing w:after="0"/>
            </w:pPr>
            <w:r>
              <w:rPr>
                <w:b/>
                <w:color w:val="404040"/>
                <w:sz w:val="19"/>
              </w:rPr>
              <w:t>Resources Needed</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5B8F3AC1" w14:textId="77777777" w:rsidR="002F2296" w:rsidRDefault="002F2296">
            <w:pPr>
              <w:spacing w:after="0"/>
            </w:pPr>
          </w:p>
        </w:tc>
      </w:tr>
      <w:tr w:rsidR="002F2296" w14:paraId="0AD8B088"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13BA3F20" w14:textId="77777777" w:rsidR="002F2296" w:rsidRDefault="008312BA">
            <w:pPr>
              <w:spacing w:after="0"/>
            </w:pPr>
            <w:r>
              <w:rPr>
                <w:b/>
                <w:color w:val="404040"/>
                <w:sz w:val="19"/>
              </w:rPr>
              <w:t>Results</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6B1474FB" w14:textId="77777777" w:rsidR="002F2296" w:rsidRDefault="002F2296">
            <w:pPr>
              <w:spacing w:after="0"/>
            </w:pPr>
          </w:p>
        </w:tc>
      </w:tr>
      <w:tr w:rsidR="002F2296" w14:paraId="6291B0B1" w14:textId="77777777">
        <w:trPr>
          <w:trHeight w:val="83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5F901E3" w14:textId="77777777" w:rsidR="002F2296" w:rsidRDefault="008312BA">
            <w:pPr>
              <w:spacing w:after="0"/>
            </w:pPr>
            <w:r>
              <w:rPr>
                <w:b/>
                <w:color w:val="404040"/>
                <w:sz w:val="19"/>
              </w:rPr>
              <w:lastRenderedPageBreak/>
              <w:t>Action Plan</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CCA28F3" w14:textId="77777777" w:rsidR="002F2296" w:rsidRDefault="002F2296">
            <w:pPr>
              <w:spacing w:after="0"/>
            </w:pPr>
          </w:p>
        </w:tc>
      </w:tr>
    </w:tbl>
    <w:p w14:paraId="15B69273" w14:textId="77777777" w:rsidR="002F2296" w:rsidRDefault="002F2296">
      <w:pPr>
        <w:spacing w:after="40"/>
      </w:pPr>
    </w:p>
    <w:tbl>
      <w:tblPr>
        <w:tblW w:w="0" w:type="auto"/>
        <w:jc w:val="center"/>
        <w:tblLayout w:type="fixed"/>
        <w:tblLook w:val="04A0" w:firstRow="1" w:lastRow="0" w:firstColumn="1" w:lastColumn="0" w:noHBand="0" w:noVBand="1"/>
      </w:tblPr>
      <w:tblGrid>
        <w:gridCol w:w="2664"/>
        <w:gridCol w:w="7416"/>
      </w:tblGrid>
      <w:tr w:rsidR="002F2296" w14:paraId="2B481C24" w14:textId="77777777">
        <w:trPr>
          <w:trHeight w:val="403"/>
          <w:jc w:val="center"/>
        </w:trPr>
        <w:tc>
          <w:tcPr>
            <w:tcW w:w="0" w:type="dxa"/>
            <w:gridSpan w:val="2"/>
            <w:tcBorders>
              <w:top w:val="single" w:sz="6" w:space="0" w:color="BFBFBF"/>
              <w:left w:val="single" w:sz="6" w:space="0" w:color="BFBFBF"/>
              <w:bottom w:val="single" w:sz="6" w:space="0" w:color="BFBFBF"/>
              <w:right w:val="single" w:sz="6" w:space="0" w:color="BFBFBF"/>
            </w:tcBorders>
            <w:shd w:val="clear" w:color="auto" w:fill="1F4E79"/>
          </w:tcPr>
          <w:p w14:paraId="181CFDFA" w14:textId="77777777" w:rsidR="002F2296" w:rsidRDefault="008312BA">
            <w:pPr>
              <w:spacing w:after="0"/>
            </w:pPr>
            <w:r>
              <w:rPr>
                <w:b/>
                <w:color w:val="FFFFFF"/>
                <w:sz w:val="21"/>
              </w:rPr>
              <w:t>3. Goal</w:t>
            </w:r>
          </w:p>
        </w:tc>
      </w:tr>
      <w:tr w:rsidR="002F2296" w14:paraId="7A79F402"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86C4D06" w14:textId="77777777" w:rsidR="002F2296" w:rsidRDefault="008312BA">
            <w:pPr>
              <w:spacing w:after="0"/>
            </w:pPr>
            <w:r>
              <w:rPr>
                <w:b/>
                <w:color w:val="404040"/>
                <w:sz w:val="19"/>
              </w:rPr>
              <w:t>Institutional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3DD39EA5" w14:textId="77777777" w:rsidR="002F2296" w:rsidRDefault="002F2296">
            <w:pPr>
              <w:spacing w:after="0"/>
            </w:pPr>
          </w:p>
        </w:tc>
      </w:tr>
      <w:tr w:rsidR="002F2296" w14:paraId="479A1CC4" w14:textId="77777777">
        <w:trPr>
          <w:trHeight w:val="49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3392E94A" w14:textId="77777777" w:rsidR="002F2296" w:rsidRDefault="008312BA">
            <w:pPr>
              <w:spacing w:after="0"/>
            </w:pPr>
            <w:r>
              <w:rPr>
                <w:b/>
                <w:color w:val="404040"/>
                <w:sz w:val="19"/>
              </w:rPr>
              <w:t>Program Goal</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260C7967" w14:textId="77777777" w:rsidR="002F2296" w:rsidRDefault="002F2296">
            <w:pPr>
              <w:spacing w:after="0"/>
            </w:pPr>
          </w:p>
        </w:tc>
      </w:tr>
      <w:tr w:rsidR="002F2296" w14:paraId="62F9F867"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7E4E5574" w14:textId="77777777" w:rsidR="002F2296" w:rsidRDefault="008312BA">
            <w:pPr>
              <w:spacing w:after="0"/>
            </w:pPr>
            <w:r>
              <w:rPr>
                <w:b/>
                <w:color w:val="404040"/>
                <w:sz w:val="19"/>
              </w:rPr>
              <w:t>Objective</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1E314392" w14:textId="77777777" w:rsidR="002F2296" w:rsidRDefault="002F2296">
            <w:pPr>
              <w:spacing w:after="0"/>
            </w:pPr>
          </w:p>
        </w:tc>
      </w:tr>
      <w:tr w:rsidR="002F2296" w14:paraId="0A1FD80F"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ABB6262" w14:textId="77777777" w:rsidR="002F2296" w:rsidRDefault="008312BA">
            <w:pPr>
              <w:spacing w:after="0"/>
            </w:pPr>
            <w:r>
              <w:rPr>
                <w:b/>
                <w:color w:val="404040"/>
                <w:sz w:val="19"/>
              </w:rPr>
              <w:t>Measurement</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71BA10B5" w14:textId="77777777" w:rsidR="002F2296" w:rsidRDefault="002F2296">
            <w:pPr>
              <w:spacing w:after="0"/>
            </w:pPr>
          </w:p>
        </w:tc>
      </w:tr>
      <w:tr w:rsidR="002F2296" w14:paraId="231B62B5" w14:textId="77777777">
        <w:trPr>
          <w:trHeight w:val="634"/>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02B064EF" w14:textId="77777777" w:rsidR="002F2296" w:rsidRDefault="008312BA">
            <w:pPr>
              <w:spacing w:after="0"/>
            </w:pPr>
            <w:r>
              <w:rPr>
                <w:b/>
                <w:color w:val="404040"/>
                <w:sz w:val="19"/>
              </w:rPr>
              <w:t>Resources Needed</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41CE21E" w14:textId="77777777" w:rsidR="002F2296" w:rsidRDefault="002F2296">
            <w:pPr>
              <w:spacing w:after="0"/>
            </w:pPr>
          </w:p>
        </w:tc>
      </w:tr>
      <w:tr w:rsidR="002F2296" w14:paraId="61C7127B" w14:textId="77777777">
        <w:trPr>
          <w:trHeight w:val="720"/>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6CA68102" w14:textId="77777777" w:rsidR="002F2296" w:rsidRDefault="008312BA">
            <w:pPr>
              <w:spacing w:after="0"/>
            </w:pPr>
            <w:r>
              <w:rPr>
                <w:b/>
                <w:color w:val="404040"/>
                <w:sz w:val="19"/>
              </w:rPr>
              <w:t>Results</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AB01FF7" w14:textId="77777777" w:rsidR="002F2296" w:rsidRDefault="002F2296">
            <w:pPr>
              <w:spacing w:after="0"/>
            </w:pPr>
          </w:p>
        </w:tc>
      </w:tr>
      <w:tr w:rsidR="002F2296" w14:paraId="14CE0856" w14:textId="77777777">
        <w:trPr>
          <w:trHeight w:val="835"/>
          <w:jc w:val="center"/>
        </w:trPr>
        <w:tc>
          <w:tcPr>
            <w:tcW w:w="2664" w:type="dxa"/>
            <w:tcBorders>
              <w:top w:val="single" w:sz="6" w:space="0" w:color="BFBFBF"/>
              <w:left w:val="single" w:sz="6" w:space="0" w:color="BFBFBF"/>
              <w:bottom w:val="single" w:sz="6" w:space="0" w:color="BFBFBF"/>
              <w:right w:val="single" w:sz="6" w:space="0" w:color="BFBFBF"/>
            </w:tcBorders>
            <w:shd w:val="clear" w:color="auto" w:fill="D9EAF7"/>
            <w:tcMar>
              <w:top w:w="90" w:type="dxa"/>
              <w:left w:w="110" w:type="dxa"/>
              <w:bottom w:w="90" w:type="dxa"/>
              <w:right w:w="90" w:type="dxa"/>
            </w:tcMar>
            <w:vAlign w:val="center"/>
          </w:tcPr>
          <w:p w14:paraId="2D1CEB07" w14:textId="77777777" w:rsidR="002F2296" w:rsidRDefault="008312BA">
            <w:pPr>
              <w:spacing w:after="0"/>
            </w:pPr>
            <w:r>
              <w:rPr>
                <w:b/>
                <w:color w:val="404040"/>
                <w:sz w:val="19"/>
              </w:rPr>
              <w:t>Action Plan</w:t>
            </w:r>
          </w:p>
        </w:tc>
        <w:tc>
          <w:tcPr>
            <w:tcW w:w="7416" w:type="dxa"/>
            <w:tcBorders>
              <w:top w:val="single" w:sz="6" w:space="0" w:color="BFBFBF"/>
              <w:left w:val="single" w:sz="6" w:space="0" w:color="BFBFBF"/>
              <w:bottom w:val="single" w:sz="6" w:space="0" w:color="BFBFBF"/>
              <w:right w:val="single" w:sz="6" w:space="0" w:color="BFBFBF"/>
            </w:tcBorders>
            <w:tcMar>
              <w:top w:w="90" w:type="dxa"/>
              <w:left w:w="110" w:type="dxa"/>
              <w:bottom w:w="90" w:type="dxa"/>
              <w:right w:w="90" w:type="dxa"/>
            </w:tcMar>
          </w:tcPr>
          <w:p w14:paraId="49712610" w14:textId="77777777" w:rsidR="002F2296" w:rsidRDefault="002F2296">
            <w:pPr>
              <w:spacing w:after="0"/>
            </w:pPr>
          </w:p>
        </w:tc>
      </w:tr>
    </w:tbl>
    <w:p w14:paraId="3F227A86" w14:textId="77777777" w:rsidR="002F2296" w:rsidRDefault="002F2296">
      <w:pPr>
        <w:spacing w:after="80"/>
      </w:pPr>
    </w:p>
    <w:sectPr w:rsidR="002F2296" w:rsidSect="00A971DF">
      <w:headerReference w:type="default" r:id="rId17"/>
      <w:footerReference w:type="default" r:id="rId18"/>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4DF90" w14:textId="77777777" w:rsidR="008312BA" w:rsidRDefault="008312BA">
      <w:pPr>
        <w:spacing w:after="0" w:line="240" w:lineRule="auto"/>
      </w:pPr>
      <w:r>
        <w:separator/>
      </w:r>
    </w:p>
  </w:endnote>
  <w:endnote w:type="continuationSeparator" w:id="0">
    <w:p w14:paraId="3F4D7177" w14:textId="77777777" w:rsidR="008312BA" w:rsidRDefault="00831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E213" w14:textId="11933B02" w:rsidR="002F2296" w:rsidRDefault="006B45FA">
    <w:pPr>
      <w:pStyle w:val="Footer"/>
      <w:jc w:val="center"/>
    </w:pPr>
    <w:r>
      <w:rPr>
        <w:color w:val="404040"/>
        <w:sz w:val="18"/>
      </w:rPr>
      <w:tab/>
    </w:r>
    <w:r>
      <w:rPr>
        <w:color w:val="404040"/>
        <w:sz w:val="18"/>
      </w:rPr>
      <w:tab/>
    </w:r>
    <w:r w:rsidR="008312BA">
      <w:rPr>
        <w:color w:val="404040"/>
        <w:sz w:val="18"/>
      </w:rPr>
      <w:t xml:space="preserve">July </w:t>
    </w:r>
    <w:r>
      <w:rPr>
        <w:color w:val="404040"/>
        <w:sz w:val="18"/>
      </w:rPr>
      <w:t>2026 | Page</w:t>
    </w:r>
    <w:r w:rsidR="008312BA">
      <w:rPr>
        <w:color w:val="404040"/>
        <w:sz w:val="18"/>
      </w:rPr>
      <w:t xml:space="preserve"> </w:t>
    </w:r>
    <w:r w:rsidR="008312BA">
      <w:fldChar w:fldCharType="begin"/>
    </w:r>
    <w:r w:rsidR="008312BA">
      <w:instrText xml:space="preserve"> PAGE </w:instrText>
    </w:r>
    <w:r w:rsidR="008312BA">
      <w:fldChar w:fldCharType="separate"/>
    </w:r>
    <w:r w:rsidR="00144E9E">
      <w:rPr>
        <w:noProof/>
      </w:rPr>
      <w:t>1</w:t>
    </w:r>
    <w:r w:rsidR="008312B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8B977" w14:textId="77777777" w:rsidR="008312BA" w:rsidRDefault="008312BA">
      <w:pPr>
        <w:spacing w:after="0" w:line="240" w:lineRule="auto"/>
      </w:pPr>
      <w:r>
        <w:separator/>
      </w:r>
    </w:p>
  </w:footnote>
  <w:footnote w:type="continuationSeparator" w:id="0">
    <w:p w14:paraId="0C4AAE42" w14:textId="77777777" w:rsidR="008312BA" w:rsidRDefault="00831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73F6" w14:textId="61D87CCC" w:rsidR="002F2296" w:rsidRDefault="002F22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2915321">
    <w:abstractNumId w:val="8"/>
  </w:num>
  <w:num w:numId="2" w16cid:durableId="1732266259">
    <w:abstractNumId w:val="6"/>
  </w:num>
  <w:num w:numId="3" w16cid:durableId="1251508134">
    <w:abstractNumId w:val="5"/>
  </w:num>
  <w:num w:numId="4" w16cid:durableId="222298835">
    <w:abstractNumId w:val="4"/>
  </w:num>
  <w:num w:numId="5" w16cid:durableId="1482430809">
    <w:abstractNumId w:val="7"/>
  </w:num>
  <w:num w:numId="6" w16cid:durableId="1134837440">
    <w:abstractNumId w:val="3"/>
  </w:num>
  <w:num w:numId="7" w16cid:durableId="1993369176">
    <w:abstractNumId w:val="2"/>
  </w:num>
  <w:num w:numId="8" w16cid:durableId="406388952">
    <w:abstractNumId w:val="1"/>
  </w:num>
  <w:num w:numId="9" w16cid:durableId="206205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45F2"/>
    <w:rsid w:val="0008715D"/>
    <w:rsid w:val="0011752A"/>
    <w:rsid w:val="00144E9E"/>
    <w:rsid w:val="0015074B"/>
    <w:rsid w:val="001735B9"/>
    <w:rsid w:val="00230562"/>
    <w:rsid w:val="0029639D"/>
    <w:rsid w:val="002F2296"/>
    <w:rsid w:val="002F33A0"/>
    <w:rsid w:val="00326F90"/>
    <w:rsid w:val="00475F2D"/>
    <w:rsid w:val="005117C5"/>
    <w:rsid w:val="00597706"/>
    <w:rsid w:val="005A0A8E"/>
    <w:rsid w:val="006B45FA"/>
    <w:rsid w:val="006B79B8"/>
    <w:rsid w:val="007A24BD"/>
    <w:rsid w:val="008312BA"/>
    <w:rsid w:val="00837DD8"/>
    <w:rsid w:val="0089595D"/>
    <w:rsid w:val="008D5AD8"/>
    <w:rsid w:val="00913C8E"/>
    <w:rsid w:val="009B3B73"/>
    <w:rsid w:val="00A31588"/>
    <w:rsid w:val="00A440AE"/>
    <w:rsid w:val="00A771DC"/>
    <w:rsid w:val="00A971DF"/>
    <w:rsid w:val="00AA1D8D"/>
    <w:rsid w:val="00B2415D"/>
    <w:rsid w:val="00B47730"/>
    <w:rsid w:val="00BA03AB"/>
    <w:rsid w:val="00CB0664"/>
    <w:rsid w:val="00CB106F"/>
    <w:rsid w:val="00D336CA"/>
    <w:rsid w:val="00D56F0D"/>
    <w:rsid w:val="00EF2D53"/>
    <w:rsid w:val="00F13B74"/>
    <w:rsid w:val="00F74E3A"/>
    <w:rsid w:val="00F8648D"/>
    <w:rsid w:val="00F96377"/>
    <w:rsid w:val="00FC0A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5C0921C"/>
  <w14:defaultImageDpi w14:val="300"/>
  <w15:docId w15:val="{66B29D30-AB8C-47AA-9FEA-EE7632C6D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404040"/>
      <w:sz w:val="26"/>
      <w:szCs w:val="26"/>
    </w:rPr>
  </w:style>
  <w:style w:type="paragraph" w:styleId="Heading3">
    <w:name w:val="heading 3"/>
    <w:basedOn w:val="Normal"/>
    <w:next w:val="Normal"/>
    <w:link w:val="Heading3Char"/>
    <w:uiPriority w:val="9"/>
    <w:unhideWhenUsed/>
    <w:qFormat/>
    <w:rsid w:val="00FC693F"/>
    <w:pPr>
      <w:keepNext/>
      <w:keepLines/>
      <w:spacing w:before="120"/>
      <w:outlineLvl w:val="2"/>
    </w:pPr>
    <w:rPr>
      <w:rFonts w:asciiTheme="majorHAnsi" w:eastAsiaTheme="majorEastAsia" w:hAnsiTheme="majorHAnsi" w:cstheme="majorBidi"/>
      <w:b/>
      <w:bCs/>
      <w:color w:val="4040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2F33A0"/>
    <w:pPr>
      <w:spacing w:after="100"/>
    </w:pPr>
  </w:style>
  <w:style w:type="paragraph" w:styleId="TOC2">
    <w:name w:val="toc 2"/>
    <w:basedOn w:val="Normal"/>
    <w:next w:val="Normal"/>
    <w:autoRedefine/>
    <w:uiPriority w:val="39"/>
    <w:unhideWhenUsed/>
    <w:rsid w:val="002F33A0"/>
    <w:pPr>
      <w:spacing w:after="100"/>
      <w:ind w:left="220"/>
    </w:pPr>
  </w:style>
  <w:style w:type="character" w:styleId="Hyperlink">
    <w:name w:val="Hyperlink"/>
    <w:basedOn w:val="DefaultParagraphFont"/>
    <w:uiPriority w:val="99"/>
    <w:unhideWhenUsed/>
    <w:rsid w:val="002F33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9</Pages>
  <Words>558</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Annual Assessment - Academic Program Template</vt:lpstr>
    </vt:vector>
  </TitlesOfParts>
  <Manager/>
  <Company/>
  <LinksUpToDate>false</LinksUpToDate>
  <CharactersWithSpaces>3732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Assessment - Academic Program Template</dc:title>
  <dc:subject>Cleaned academic program annual assessment template</dc:subject>
  <dc:creator>Dylan McConnellDrozdis</dc:creator>
  <cp:keywords/>
  <dc:description/>
  <cp:lastModifiedBy>Dylan McConnellDrozdis</cp:lastModifiedBy>
  <cp:revision>24</cp:revision>
  <cp:lastPrinted>2026-07-10T13:49:00Z</cp:lastPrinted>
  <dcterms:created xsi:type="dcterms:W3CDTF">2026-07-09T17:40:00Z</dcterms:created>
  <dcterms:modified xsi:type="dcterms:W3CDTF">2026-07-10T14:16:00Z</dcterms:modified>
  <cp:category/>
</cp:coreProperties>
</file>